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1DB65" w14:textId="7FB45D1C" w:rsidR="0046681D" w:rsidRDefault="000C0B34">
      <w:pPr>
        <w:spacing w:after="40"/>
        <w:jc w:val="center"/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2676D31E" wp14:editId="2638AD7A">
            <wp:simplePos x="0" y="0"/>
            <wp:positionH relativeFrom="margin">
              <wp:align>right</wp:align>
            </wp:positionH>
            <wp:positionV relativeFrom="margin">
              <wp:posOffset>-836295</wp:posOffset>
            </wp:positionV>
            <wp:extent cx="7077710" cy="2831465"/>
            <wp:effectExtent l="0" t="0" r="8890" b="6985"/>
            <wp:wrapSquare wrapText="bothSides"/>
            <wp:docPr id="385449305" name="Picture 6" descr="Bridging Futures logo with a sun and water design, emphasizing personalized education, therapeutic support, and a sense of belonging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449305" name="Picture 6" descr="Bridging Futures logo with a sun and water design, emphasizing personalized education, therapeutic support, and a sense of belonging.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7710" cy="283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tbl>
      <w:tblPr>
        <w:tblW w:w="11376" w:type="dxa"/>
        <w:tblLayout w:type="fixed"/>
        <w:tblLook w:val="04A0" w:firstRow="1" w:lastRow="0" w:firstColumn="1" w:lastColumn="0" w:noHBand="0" w:noVBand="1"/>
      </w:tblPr>
      <w:tblGrid>
        <w:gridCol w:w="3888"/>
        <w:gridCol w:w="6480"/>
        <w:gridCol w:w="778"/>
        <w:gridCol w:w="230"/>
      </w:tblGrid>
      <w:tr w:rsidR="0046681D" w14:paraId="4AF0B822" w14:textId="77777777" w:rsidTr="009622D0">
        <w:trPr>
          <w:gridAfter w:val="2"/>
          <w:wAfter w:w="1008" w:type="dxa"/>
        </w:trPr>
        <w:tc>
          <w:tcPr>
            <w:tcW w:w="3888" w:type="dxa"/>
          </w:tcPr>
          <w:p w14:paraId="173A9AF8" w14:textId="77777777" w:rsidR="0046681D" w:rsidRDefault="00000000">
            <w:pPr>
              <w:spacing w:after="0"/>
            </w:pPr>
            <w:r>
              <w:rPr>
                <w:b/>
                <w:color w:val="00636A"/>
                <w:sz w:val="44"/>
              </w:rPr>
              <w:t>Referral Form</w:t>
            </w:r>
          </w:p>
        </w:tc>
        <w:tc>
          <w:tcPr>
            <w:tcW w:w="6480" w:type="dxa"/>
          </w:tcPr>
          <w:p w14:paraId="3E57D770" w14:textId="77777777" w:rsidR="0046681D" w:rsidRDefault="00000000">
            <w:pPr>
              <w:spacing w:after="0"/>
            </w:pPr>
            <w:r>
              <w:rPr>
                <w:sz w:val="17"/>
              </w:rPr>
              <w:t>Please complete this form to make an initial referral to Bridging Futures. The information will help us consider suitability before our fuller home and school assessment process.</w:t>
            </w:r>
          </w:p>
        </w:tc>
      </w:tr>
      <w:tr w:rsidR="0046681D" w14:paraId="6FB13EBD" w14:textId="77777777" w:rsidTr="009622D0">
        <w:tblPrEx>
          <w:jc w:val="center"/>
        </w:tblPrEx>
        <w:trPr>
          <w:gridAfter w:val="1"/>
          <w:wAfter w:w="230" w:type="dxa"/>
          <w:jc w:val="center"/>
        </w:trPr>
        <w:tc>
          <w:tcPr>
            <w:tcW w:w="11146" w:type="dxa"/>
            <w:gridSpan w:val="3"/>
            <w:tcBorders>
              <w:top w:val="single" w:sz="7" w:space="0" w:color="D8F0EB"/>
              <w:left w:val="single" w:sz="7" w:space="0" w:color="D8F0EB"/>
              <w:bottom w:val="single" w:sz="7" w:space="0" w:color="D8F0EB"/>
              <w:right w:val="single" w:sz="7" w:space="0" w:color="D8F0EB"/>
            </w:tcBorders>
            <w:shd w:val="clear" w:color="auto" w:fill="D8F0EB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0FD4BF08" w14:textId="77777777" w:rsidR="0046681D" w:rsidRDefault="00000000">
            <w:pPr>
              <w:spacing w:after="0"/>
            </w:pPr>
            <w:r>
              <w:rPr>
                <w:b/>
                <w:sz w:val="18"/>
              </w:rPr>
              <w:t>1. REFERRAL DETAILS</w:t>
            </w:r>
          </w:p>
        </w:tc>
      </w:tr>
      <w:tr w:rsidR="0046681D" w14:paraId="4569BDCC" w14:textId="77777777" w:rsidTr="009622D0">
        <w:tblPrEx>
          <w:jc w:val="center"/>
        </w:tblPrEx>
        <w:trPr>
          <w:jc w:val="center"/>
        </w:trPr>
        <w:tc>
          <w:tcPr>
            <w:tcW w:w="3888" w:type="dxa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shd w:val="clear" w:color="auto" w:fill="F7FAFB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DC0D8A2" w14:textId="77777777" w:rsidR="0046681D" w:rsidRDefault="00000000">
            <w:pPr>
              <w:spacing w:after="0"/>
            </w:pPr>
            <w:r>
              <w:rPr>
                <w:b/>
              </w:rPr>
              <w:t>Date of referral</w:t>
            </w:r>
          </w:p>
        </w:tc>
        <w:tc>
          <w:tcPr>
            <w:tcW w:w="7488" w:type="dxa"/>
            <w:gridSpan w:val="3"/>
            <w:tcBorders>
              <w:top w:val="single" w:sz="6" w:space="0" w:color="A9C8D1"/>
              <w:left w:val="single" w:sz="6" w:space="0" w:color="A9C8D1"/>
              <w:bottom w:val="single" w:sz="6" w:space="0" w:color="A9C8D1"/>
              <w:right w:val="single" w:sz="6" w:space="0" w:color="A9C8D1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A43C858" w14:textId="77777777" w:rsidR="0046681D" w:rsidRDefault="0046681D"/>
        </w:tc>
      </w:tr>
      <w:tr w:rsidR="0046681D" w14:paraId="15768D17" w14:textId="77777777" w:rsidTr="009622D0">
        <w:tblPrEx>
          <w:jc w:val="center"/>
        </w:tblPrEx>
        <w:trPr>
          <w:jc w:val="center"/>
        </w:trPr>
        <w:tc>
          <w:tcPr>
            <w:tcW w:w="3888" w:type="dxa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shd w:val="clear" w:color="auto" w:fill="F7FAFB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4A30F2F" w14:textId="77777777" w:rsidR="0046681D" w:rsidRDefault="00000000">
            <w:pPr>
              <w:spacing w:after="0"/>
            </w:pPr>
            <w:r>
              <w:rPr>
                <w:b/>
              </w:rPr>
              <w:t xml:space="preserve">Referring </w:t>
            </w:r>
            <w:proofErr w:type="gramStart"/>
            <w:r>
              <w:rPr>
                <w:b/>
              </w:rPr>
              <w:t>school</w:t>
            </w:r>
            <w:proofErr w:type="gramEnd"/>
            <w:r>
              <w:rPr>
                <w:b/>
              </w:rPr>
              <w:t xml:space="preserve"> / base / service</w:t>
            </w:r>
          </w:p>
        </w:tc>
        <w:tc>
          <w:tcPr>
            <w:tcW w:w="7488" w:type="dxa"/>
            <w:gridSpan w:val="3"/>
            <w:tcBorders>
              <w:top w:val="single" w:sz="6" w:space="0" w:color="A9C8D1"/>
              <w:left w:val="single" w:sz="6" w:space="0" w:color="A9C8D1"/>
              <w:bottom w:val="single" w:sz="6" w:space="0" w:color="A9C8D1"/>
              <w:right w:val="single" w:sz="6" w:space="0" w:color="A9C8D1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E8A29E7" w14:textId="77777777" w:rsidR="0046681D" w:rsidRDefault="0046681D"/>
        </w:tc>
      </w:tr>
      <w:tr w:rsidR="0046681D" w14:paraId="1520AE2E" w14:textId="77777777" w:rsidTr="009622D0">
        <w:tblPrEx>
          <w:jc w:val="center"/>
        </w:tblPrEx>
        <w:trPr>
          <w:jc w:val="center"/>
        </w:trPr>
        <w:tc>
          <w:tcPr>
            <w:tcW w:w="3888" w:type="dxa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shd w:val="clear" w:color="auto" w:fill="F7FAFB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00F5CBD" w14:textId="77777777" w:rsidR="0046681D" w:rsidRDefault="00000000">
            <w:pPr>
              <w:spacing w:after="0"/>
            </w:pPr>
            <w:r>
              <w:rPr>
                <w:b/>
              </w:rPr>
              <w:t>Referred by (name)</w:t>
            </w:r>
          </w:p>
        </w:tc>
        <w:tc>
          <w:tcPr>
            <w:tcW w:w="7488" w:type="dxa"/>
            <w:gridSpan w:val="3"/>
            <w:tcBorders>
              <w:top w:val="single" w:sz="6" w:space="0" w:color="A9C8D1"/>
              <w:left w:val="single" w:sz="6" w:space="0" w:color="A9C8D1"/>
              <w:bottom w:val="single" w:sz="6" w:space="0" w:color="A9C8D1"/>
              <w:right w:val="single" w:sz="6" w:space="0" w:color="A9C8D1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86566AB" w14:textId="77777777" w:rsidR="0046681D" w:rsidRDefault="0046681D"/>
        </w:tc>
      </w:tr>
      <w:tr w:rsidR="0046681D" w14:paraId="39E122EB" w14:textId="77777777" w:rsidTr="009622D0">
        <w:tblPrEx>
          <w:jc w:val="center"/>
        </w:tblPrEx>
        <w:trPr>
          <w:jc w:val="center"/>
        </w:trPr>
        <w:tc>
          <w:tcPr>
            <w:tcW w:w="3888" w:type="dxa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shd w:val="clear" w:color="auto" w:fill="F7FAFB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1C6C5B9" w14:textId="77777777" w:rsidR="0046681D" w:rsidRDefault="00000000">
            <w:pPr>
              <w:spacing w:after="0"/>
            </w:pPr>
            <w:r>
              <w:rPr>
                <w:b/>
              </w:rPr>
              <w:t>Role</w:t>
            </w:r>
          </w:p>
        </w:tc>
        <w:tc>
          <w:tcPr>
            <w:tcW w:w="7488" w:type="dxa"/>
            <w:gridSpan w:val="3"/>
            <w:tcBorders>
              <w:top w:val="single" w:sz="6" w:space="0" w:color="A9C8D1"/>
              <w:left w:val="single" w:sz="6" w:space="0" w:color="A9C8D1"/>
              <w:bottom w:val="single" w:sz="6" w:space="0" w:color="A9C8D1"/>
              <w:right w:val="single" w:sz="6" w:space="0" w:color="A9C8D1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19C07B9" w14:textId="77777777" w:rsidR="0046681D" w:rsidRDefault="0046681D"/>
        </w:tc>
      </w:tr>
      <w:tr w:rsidR="0046681D" w14:paraId="01508F05" w14:textId="77777777" w:rsidTr="009622D0">
        <w:tblPrEx>
          <w:jc w:val="center"/>
        </w:tblPrEx>
        <w:trPr>
          <w:jc w:val="center"/>
        </w:trPr>
        <w:tc>
          <w:tcPr>
            <w:tcW w:w="3888" w:type="dxa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shd w:val="clear" w:color="auto" w:fill="F7FAFB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D055BA1" w14:textId="77777777" w:rsidR="0046681D" w:rsidRDefault="00000000">
            <w:pPr>
              <w:spacing w:after="0"/>
            </w:pPr>
            <w:r>
              <w:rPr>
                <w:b/>
              </w:rPr>
              <w:t>Email</w:t>
            </w:r>
          </w:p>
        </w:tc>
        <w:tc>
          <w:tcPr>
            <w:tcW w:w="7488" w:type="dxa"/>
            <w:gridSpan w:val="3"/>
            <w:tcBorders>
              <w:top w:val="single" w:sz="6" w:space="0" w:color="A9C8D1"/>
              <w:left w:val="single" w:sz="6" w:space="0" w:color="A9C8D1"/>
              <w:bottom w:val="single" w:sz="6" w:space="0" w:color="A9C8D1"/>
              <w:right w:val="single" w:sz="6" w:space="0" w:color="A9C8D1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198E331" w14:textId="77777777" w:rsidR="0046681D" w:rsidRDefault="0046681D"/>
        </w:tc>
      </w:tr>
      <w:tr w:rsidR="0046681D" w14:paraId="27B98CF6" w14:textId="77777777" w:rsidTr="009622D0">
        <w:tblPrEx>
          <w:jc w:val="center"/>
        </w:tblPrEx>
        <w:trPr>
          <w:jc w:val="center"/>
        </w:trPr>
        <w:tc>
          <w:tcPr>
            <w:tcW w:w="3888" w:type="dxa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shd w:val="clear" w:color="auto" w:fill="F7FAFB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A8B597C" w14:textId="77777777" w:rsidR="0046681D" w:rsidRDefault="00000000">
            <w:pPr>
              <w:spacing w:after="0"/>
            </w:pPr>
            <w:r>
              <w:rPr>
                <w:b/>
              </w:rPr>
              <w:t>Phone number</w:t>
            </w:r>
          </w:p>
        </w:tc>
        <w:tc>
          <w:tcPr>
            <w:tcW w:w="7488" w:type="dxa"/>
            <w:gridSpan w:val="3"/>
            <w:tcBorders>
              <w:top w:val="single" w:sz="6" w:space="0" w:color="A9C8D1"/>
              <w:left w:val="single" w:sz="6" w:space="0" w:color="A9C8D1"/>
              <w:bottom w:val="single" w:sz="6" w:space="0" w:color="A9C8D1"/>
              <w:right w:val="single" w:sz="6" w:space="0" w:color="A9C8D1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EF49309" w14:textId="77777777" w:rsidR="0046681D" w:rsidRDefault="0046681D"/>
        </w:tc>
      </w:tr>
      <w:tr w:rsidR="0046681D" w14:paraId="6F76228F" w14:textId="77777777" w:rsidTr="009622D0">
        <w:tblPrEx>
          <w:jc w:val="center"/>
        </w:tblPrEx>
        <w:trPr>
          <w:jc w:val="center"/>
        </w:trPr>
        <w:tc>
          <w:tcPr>
            <w:tcW w:w="3888" w:type="dxa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shd w:val="clear" w:color="auto" w:fill="F7FAFB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4617C8B" w14:textId="77777777" w:rsidR="0046681D" w:rsidRDefault="00000000">
            <w:pPr>
              <w:spacing w:after="0"/>
            </w:pPr>
            <w:r>
              <w:rPr>
                <w:b/>
              </w:rPr>
              <w:t>Who will fund / commission the support?</w:t>
            </w:r>
          </w:p>
        </w:tc>
        <w:tc>
          <w:tcPr>
            <w:tcW w:w="7488" w:type="dxa"/>
            <w:gridSpan w:val="3"/>
            <w:tcBorders>
              <w:top w:val="single" w:sz="6" w:space="0" w:color="A9C8D1"/>
              <w:left w:val="single" w:sz="6" w:space="0" w:color="A9C8D1"/>
              <w:bottom w:val="single" w:sz="6" w:space="0" w:color="A9C8D1"/>
              <w:right w:val="single" w:sz="6" w:space="0" w:color="A9C8D1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AF3A10B" w14:textId="77777777" w:rsidR="0046681D" w:rsidRDefault="0046681D"/>
        </w:tc>
      </w:tr>
      <w:tr w:rsidR="0046681D" w14:paraId="2A4DA2BB" w14:textId="77777777" w:rsidTr="009622D0">
        <w:tblPrEx>
          <w:jc w:val="center"/>
        </w:tblPrEx>
        <w:trPr>
          <w:gridAfter w:val="1"/>
          <w:wAfter w:w="230" w:type="dxa"/>
          <w:jc w:val="center"/>
        </w:trPr>
        <w:tc>
          <w:tcPr>
            <w:tcW w:w="11146" w:type="dxa"/>
            <w:gridSpan w:val="3"/>
            <w:tcBorders>
              <w:top w:val="single" w:sz="7" w:space="0" w:color="00636A"/>
              <w:left w:val="single" w:sz="7" w:space="0" w:color="00636A"/>
              <w:bottom w:val="single" w:sz="7" w:space="0" w:color="00636A"/>
              <w:right w:val="single" w:sz="7" w:space="0" w:color="00636A"/>
            </w:tcBorders>
            <w:shd w:val="clear" w:color="auto" w:fill="00636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218BE6A" w14:textId="77777777" w:rsidR="0046681D" w:rsidRDefault="00000000">
            <w:pPr>
              <w:spacing w:after="0"/>
            </w:pPr>
            <w:r>
              <w:rPr>
                <w:b/>
                <w:color w:val="FFFFFF"/>
                <w:sz w:val="18"/>
              </w:rPr>
              <w:t>2. CHILD / YOUNG PERSON INFORMATION</w:t>
            </w:r>
          </w:p>
        </w:tc>
      </w:tr>
      <w:tr w:rsidR="0046681D" w14:paraId="551659D8" w14:textId="77777777" w:rsidTr="009622D0">
        <w:tblPrEx>
          <w:jc w:val="center"/>
        </w:tblPrEx>
        <w:trPr>
          <w:jc w:val="center"/>
        </w:trPr>
        <w:tc>
          <w:tcPr>
            <w:tcW w:w="3888" w:type="dxa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shd w:val="clear" w:color="auto" w:fill="F7FAFB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F689893" w14:textId="77777777" w:rsidR="0046681D" w:rsidRDefault="00000000">
            <w:pPr>
              <w:spacing w:after="0"/>
            </w:pPr>
            <w:r>
              <w:rPr>
                <w:b/>
              </w:rPr>
              <w:t>Full name</w:t>
            </w:r>
          </w:p>
        </w:tc>
        <w:tc>
          <w:tcPr>
            <w:tcW w:w="7488" w:type="dxa"/>
            <w:gridSpan w:val="3"/>
            <w:tcBorders>
              <w:top w:val="single" w:sz="6" w:space="0" w:color="A9C8D1"/>
              <w:left w:val="single" w:sz="6" w:space="0" w:color="A9C8D1"/>
              <w:bottom w:val="single" w:sz="6" w:space="0" w:color="A9C8D1"/>
              <w:right w:val="single" w:sz="6" w:space="0" w:color="A9C8D1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AB24BE4" w14:textId="77777777" w:rsidR="0046681D" w:rsidRDefault="0046681D"/>
        </w:tc>
      </w:tr>
      <w:tr w:rsidR="0046681D" w14:paraId="7EA7E1F5" w14:textId="77777777" w:rsidTr="009622D0">
        <w:tblPrEx>
          <w:jc w:val="center"/>
        </w:tblPrEx>
        <w:trPr>
          <w:jc w:val="center"/>
        </w:trPr>
        <w:tc>
          <w:tcPr>
            <w:tcW w:w="3888" w:type="dxa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shd w:val="clear" w:color="auto" w:fill="F7FAFB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581A283" w14:textId="77777777" w:rsidR="0046681D" w:rsidRDefault="00000000">
            <w:pPr>
              <w:spacing w:after="0"/>
            </w:pPr>
            <w:r>
              <w:rPr>
                <w:b/>
              </w:rPr>
              <w:t>Preferred name</w:t>
            </w:r>
          </w:p>
        </w:tc>
        <w:tc>
          <w:tcPr>
            <w:tcW w:w="7488" w:type="dxa"/>
            <w:gridSpan w:val="3"/>
            <w:tcBorders>
              <w:top w:val="single" w:sz="6" w:space="0" w:color="A9C8D1"/>
              <w:left w:val="single" w:sz="6" w:space="0" w:color="A9C8D1"/>
              <w:bottom w:val="single" w:sz="6" w:space="0" w:color="A9C8D1"/>
              <w:right w:val="single" w:sz="6" w:space="0" w:color="A9C8D1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9445CC5" w14:textId="77777777" w:rsidR="0046681D" w:rsidRDefault="0046681D"/>
        </w:tc>
      </w:tr>
      <w:tr w:rsidR="0046681D" w14:paraId="4DD2A189" w14:textId="77777777" w:rsidTr="009622D0">
        <w:tblPrEx>
          <w:jc w:val="center"/>
        </w:tblPrEx>
        <w:trPr>
          <w:jc w:val="center"/>
        </w:trPr>
        <w:tc>
          <w:tcPr>
            <w:tcW w:w="3888" w:type="dxa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shd w:val="clear" w:color="auto" w:fill="F7FAFB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9945F88" w14:textId="77777777" w:rsidR="0046681D" w:rsidRDefault="00000000">
            <w:pPr>
              <w:spacing w:after="0"/>
            </w:pPr>
            <w:r>
              <w:rPr>
                <w:b/>
              </w:rPr>
              <w:t>Date of birth</w:t>
            </w:r>
          </w:p>
        </w:tc>
        <w:tc>
          <w:tcPr>
            <w:tcW w:w="7488" w:type="dxa"/>
            <w:gridSpan w:val="3"/>
            <w:tcBorders>
              <w:top w:val="single" w:sz="6" w:space="0" w:color="A9C8D1"/>
              <w:left w:val="single" w:sz="6" w:space="0" w:color="A9C8D1"/>
              <w:bottom w:val="single" w:sz="6" w:space="0" w:color="A9C8D1"/>
              <w:right w:val="single" w:sz="6" w:space="0" w:color="A9C8D1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C218AB2" w14:textId="77777777" w:rsidR="0046681D" w:rsidRDefault="0046681D"/>
        </w:tc>
      </w:tr>
      <w:tr w:rsidR="0046681D" w14:paraId="2A892B44" w14:textId="77777777" w:rsidTr="009622D0">
        <w:tblPrEx>
          <w:jc w:val="center"/>
        </w:tblPrEx>
        <w:trPr>
          <w:jc w:val="center"/>
        </w:trPr>
        <w:tc>
          <w:tcPr>
            <w:tcW w:w="3888" w:type="dxa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shd w:val="clear" w:color="auto" w:fill="F7FAFB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48BDA90" w14:textId="77777777" w:rsidR="0046681D" w:rsidRDefault="00000000">
            <w:pPr>
              <w:spacing w:after="0"/>
            </w:pPr>
            <w:r>
              <w:rPr>
                <w:b/>
              </w:rPr>
              <w:t>Age / Year group</w:t>
            </w:r>
          </w:p>
        </w:tc>
        <w:tc>
          <w:tcPr>
            <w:tcW w:w="7488" w:type="dxa"/>
            <w:gridSpan w:val="3"/>
            <w:tcBorders>
              <w:top w:val="single" w:sz="6" w:space="0" w:color="A9C8D1"/>
              <w:left w:val="single" w:sz="6" w:space="0" w:color="A9C8D1"/>
              <w:bottom w:val="single" w:sz="6" w:space="0" w:color="A9C8D1"/>
              <w:right w:val="single" w:sz="6" w:space="0" w:color="A9C8D1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44C9F54" w14:textId="77777777" w:rsidR="0046681D" w:rsidRDefault="0046681D"/>
        </w:tc>
      </w:tr>
      <w:tr w:rsidR="0046681D" w14:paraId="0EC97E8F" w14:textId="77777777" w:rsidTr="009622D0">
        <w:tblPrEx>
          <w:jc w:val="center"/>
        </w:tblPrEx>
        <w:trPr>
          <w:jc w:val="center"/>
        </w:trPr>
        <w:tc>
          <w:tcPr>
            <w:tcW w:w="3888" w:type="dxa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shd w:val="clear" w:color="auto" w:fill="F7FAFB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B4D89B2" w14:textId="77777777" w:rsidR="0046681D" w:rsidRDefault="00000000">
            <w:pPr>
              <w:spacing w:after="0"/>
            </w:pPr>
            <w:r>
              <w:rPr>
                <w:b/>
              </w:rPr>
              <w:t>Home address</w:t>
            </w:r>
          </w:p>
        </w:tc>
        <w:tc>
          <w:tcPr>
            <w:tcW w:w="7488" w:type="dxa"/>
            <w:gridSpan w:val="3"/>
            <w:tcBorders>
              <w:top w:val="single" w:sz="6" w:space="0" w:color="A9C8D1"/>
              <w:left w:val="single" w:sz="6" w:space="0" w:color="A9C8D1"/>
              <w:bottom w:val="single" w:sz="6" w:space="0" w:color="A9C8D1"/>
              <w:right w:val="single" w:sz="6" w:space="0" w:color="A9C8D1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8A86222" w14:textId="77777777" w:rsidR="0046681D" w:rsidRDefault="0046681D"/>
        </w:tc>
      </w:tr>
      <w:tr w:rsidR="0046681D" w14:paraId="15C53BA8" w14:textId="77777777" w:rsidTr="009622D0">
        <w:tblPrEx>
          <w:jc w:val="center"/>
        </w:tblPrEx>
        <w:trPr>
          <w:jc w:val="center"/>
        </w:trPr>
        <w:tc>
          <w:tcPr>
            <w:tcW w:w="3888" w:type="dxa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shd w:val="clear" w:color="auto" w:fill="F7FAFB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308DD02" w14:textId="77777777" w:rsidR="0046681D" w:rsidRDefault="00000000">
            <w:pPr>
              <w:spacing w:after="0"/>
            </w:pPr>
            <w:r>
              <w:rPr>
                <w:b/>
              </w:rPr>
              <w:t>Current school / base</w:t>
            </w:r>
          </w:p>
        </w:tc>
        <w:tc>
          <w:tcPr>
            <w:tcW w:w="7488" w:type="dxa"/>
            <w:gridSpan w:val="3"/>
            <w:tcBorders>
              <w:top w:val="single" w:sz="6" w:space="0" w:color="A9C8D1"/>
              <w:left w:val="single" w:sz="6" w:space="0" w:color="A9C8D1"/>
              <w:bottom w:val="single" w:sz="6" w:space="0" w:color="A9C8D1"/>
              <w:right w:val="single" w:sz="6" w:space="0" w:color="A9C8D1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13843E" w14:textId="77777777" w:rsidR="0046681D" w:rsidRDefault="0046681D"/>
        </w:tc>
      </w:tr>
      <w:tr w:rsidR="0046681D" w14:paraId="401DECEB" w14:textId="77777777" w:rsidTr="009622D0">
        <w:tblPrEx>
          <w:jc w:val="center"/>
        </w:tblPrEx>
        <w:trPr>
          <w:jc w:val="center"/>
        </w:trPr>
        <w:tc>
          <w:tcPr>
            <w:tcW w:w="3888" w:type="dxa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shd w:val="clear" w:color="auto" w:fill="F7FAFB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A8E5C8B" w14:textId="77777777" w:rsidR="0046681D" w:rsidRDefault="00000000">
            <w:pPr>
              <w:spacing w:after="0"/>
            </w:pPr>
            <w:r>
              <w:rPr>
                <w:b/>
              </w:rPr>
              <w:t>UPN (if available)</w:t>
            </w:r>
          </w:p>
        </w:tc>
        <w:tc>
          <w:tcPr>
            <w:tcW w:w="7488" w:type="dxa"/>
            <w:gridSpan w:val="3"/>
            <w:tcBorders>
              <w:top w:val="single" w:sz="6" w:space="0" w:color="A9C8D1"/>
              <w:left w:val="single" w:sz="6" w:space="0" w:color="A9C8D1"/>
              <w:bottom w:val="single" w:sz="6" w:space="0" w:color="A9C8D1"/>
              <w:right w:val="single" w:sz="6" w:space="0" w:color="A9C8D1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2812965" w14:textId="77777777" w:rsidR="0046681D" w:rsidRDefault="0046681D"/>
        </w:tc>
      </w:tr>
      <w:tr w:rsidR="0046681D" w14:paraId="2312E80A" w14:textId="77777777" w:rsidTr="009622D0">
        <w:tblPrEx>
          <w:jc w:val="center"/>
        </w:tblPrEx>
        <w:trPr>
          <w:gridAfter w:val="1"/>
          <w:wAfter w:w="230" w:type="dxa"/>
          <w:jc w:val="center"/>
        </w:trPr>
        <w:tc>
          <w:tcPr>
            <w:tcW w:w="11146" w:type="dxa"/>
            <w:gridSpan w:val="3"/>
            <w:tcBorders>
              <w:top w:val="single" w:sz="7" w:space="0" w:color="FFE0C8"/>
              <w:left w:val="single" w:sz="7" w:space="0" w:color="FFE0C8"/>
              <w:bottom w:val="single" w:sz="7" w:space="0" w:color="FFE0C8"/>
              <w:right w:val="single" w:sz="7" w:space="0" w:color="FFE0C8"/>
            </w:tcBorders>
            <w:shd w:val="clear" w:color="auto" w:fill="FFE0C8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5716DC6B" w14:textId="662BFCD3" w:rsidR="0046681D" w:rsidRDefault="00000000">
            <w:pPr>
              <w:spacing w:after="0"/>
            </w:pPr>
            <w:r>
              <w:rPr>
                <w:b/>
                <w:sz w:val="18"/>
              </w:rPr>
              <w:t>3. FAMILY / CARER CONTACT DETAILS</w:t>
            </w:r>
            <w:r w:rsidR="0089068E">
              <w:rPr>
                <w:b/>
                <w:sz w:val="18"/>
              </w:rPr>
              <w:t>/CONTEXT</w:t>
            </w:r>
          </w:p>
        </w:tc>
      </w:tr>
      <w:tr w:rsidR="0046681D" w14:paraId="79CD59B0" w14:textId="77777777" w:rsidTr="009622D0">
        <w:tblPrEx>
          <w:jc w:val="center"/>
        </w:tblPrEx>
        <w:trPr>
          <w:jc w:val="center"/>
        </w:trPr>
        <w:tc>
          <w:tcPr>
            <w:tcW w:w="3888" w:type="dxa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shd w:val="clear" w:color="auto" w:fill="F7FAFB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75C8214" w14:textId="77777777" w:rsidR="0046681D" w:rsidRDefault="00000000">
            <w:pPr>
              <w:spacing w:after="0"/>
            </w:pPr>
            <w:r>
              <w:rPr>
                <w:b/>
              </w:rPr>
              <w:t>Parent / carer name(s)</w:t>
            </w:r>
          </w:p>
        </w:tc>
        <w:tc>
          <w:tcPr>
            <w:tcW w:w="7488" w:type="dxa"/>
            <w:gridSpan w:val="3"/>
            <w:tcBorders>
              <w:top w:val="single" w:sz="6" w:space="0" w:color="A9C8D1"/>
              <w:left w:val="single" w:sz="6" w:space="0" w:color="A9C8D1"/>
              <w:bottom w:val="single" w:sz="6" w:space="0" w:color="A9C8D1"/>
              <w:right w:val="single" w:sz="6" w:space="0" w:color="A9C8D1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2F706D2" w14:textId="77777777" w:rsidR="0046681D" w:rsidRDefault="0046681D"/>
        </w:tc>
      </w:tr>
      <w:tr w:rsidR="0046681D" w14:paraId="4E93AC18" w14:textId="77777777" w:rsidTr="009622D0">
        <w:tblPrEx>
          <w:jc w:val="center"/>
        </w:tblPrEx>
        <w:trPr>
          <w:jc w:val="center"/>
        </w:trPr>
        <w:tc>
          <w:tcPr>
            <w:tcW w:w="3888" w:type="dxa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shd w:val="clear" w:color="auto" w:fill="F7FAFB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5F6A601" w14:textId="77777777" w:rsidR="0046681D" w:rsidRDefault="00000000">
            <w:pPr>
              <w:spacing w:after="0"/>
            </w:pPr>
            <w:r>
              <w:rPr>
                <w:b/>
              </w:rPr>
              <w:t xml:space="preserve">Relationship </w:t>
            </w:r>
            <w:proofErr w:type="gramStart"/>
            <w:r>
              <w:rPr>
                <w:b/>
              </w:rPr>
              <w:t>to</w:t>
            </w:r>
            <w:proofErr w:type="gramEnd"/>
            <w:r>
              <w:rPr>
                <w:b/>
              </w:rPr>
              <w:t xml:space="preserve"> child</w:t>
            </w:r>
          </w:p>
        </w:tc>
        <w:tc>
          <w:tcPr>
            <w:tcW w:w="7488" w:type="dxa"/>
            <w:gridSpan w:val="3"/>
            <w:tcBorders>
              <w:top w:val="single" w:sz="6" w:space="0" w:color="A9C8D1"/>
              <w:left w:val="single" w:sz="6" w:space="0" w:color="A9C8D1"/>
              <w:bottom w:val="single" w:sz="6" w:space="0" w:color="A9C8D1"/>
              <w:right w:val="single" w:sz="6" w:space="0" w:color="A9C8D1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24B51F2" w14:textId="77777777" w:rsidR="0046681D" w:rsidRDefault="0046681D"/>
        </w:tc>
      </w:tr>
      <w:tr w:rsidR="0046681D" w14:paraId="4830239A" w14:textId="77777777" w:rsidTr="009622D0">
        <w:tblPrEx>
          <w:jc w:val="center"/>
        </w:tblPrEx>
        <w:trPr>
          <w:jc w:val="center"/>
        </w:trPr>
        <w:tc>
          <w:tcPr>
            <w:tcW w:w="3888" w:type="dxa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shd w:val="clear" w:color="auto" w:fill="F7FAFB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23E063D" w14:textId="77777777" w:rsidR="0046681D" w:rsidRDefault="00000000">
            <w:pPr>
              <w:spacing w:after="0"/>
            </w:pPr>
            <w:r>
              <w:rPr>
                <w:b/>
              </w:rPr>
              <w:t>Phone number</w:t>
            </w:r>
          </w:p>
        </w:tc>
        <w:tc>
          <w:tcPr>
            <w:tcW w:w="7488" w:type="dxa"/>
            <w:gridSpan w:val="3"/>
            <w:tcBorders>
              <w:top w:val="single" w:sz="6" w:space="0" w:color="A9C8D1"/>
              <w:left w:val="single" w:sz="6" w:space="0" w:color="A9C8D1"/>
              <w:bottom w:val="single" w:sz="6" w:space="0" w:color="A9C8D1"/>
              <w:right w:val="single" w:sz="6" w:space="0" w:color="A9C8D1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0820CC0" w14:textId="77777777" w:rsidR="0046681D" w:rsidRDefault="0046681D"/>
        </w:tc>
      </w:tr>
      <w:tr w:rsidR="0046681D" w14:paraId="7C95D3B7" w14:textId="77777777" w:rsidTr="009622D0">
        <w:tblPrEx>
          <w:jc w:val="center"/>
        </w:tblPrEx>
        <w:trPr>
          <w:jc w:val="center"/>
        </w:trPr>
        <w:tc>
          <w:tcPr>
            <w:tcW w:w="3888" w:type="dxa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shd w:val="clear" w:color="auto" w:fill="F7FAFB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9D29C8A" w14:textId="77777777" w:rsidR="0046681D" w:rsidRDefault="00000000">
            <w:pPr>
              <w:spacing w:after="0"/>
            </w:pPr>
            <w:r>
              <w:rPr>
                <w:b/>
              </w:rPr>
              <w:t>Email</w:t>
            </w:r>
          </w:p>
        </w:tc>
        <w:tc>
          <w:tcPr>
            <w:tcW w:w="7488" w:type="dxa"/>
            <w:gridSpan w:val="3"/>
            <w:tcBorders>
              <w:top w:val="single" w:sz="6" w:space="0" w:color="A9C8D1"/>
              <w:left w:val="single" w:sz="6" w:space="0" w:color="A9C8D1"/>
              <w:bottom w:val="single" w:sz="6" w:space="0" w:color="A9C8D1"/>
              <w:right w:val="single" w:sz="6" w:space="0" w:color="A9C8D1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CC52EB" w14:textId="77777777" w:rsidR="0046681D" w:rsidRDefault="0046681D"/>
        </w:tc>
      </w:tr>
      <w:tr w:rsidR="0046681D" w14:paraId="44151F1F" w14:textId="77777777" w:rsidTr="009622D0">
        <w:tblPrEx>
          <w:jc w:val="center"/>
        </w:tblPrEx>
        <w:trPr>
          <w:jc w:val="center"/>
        </w:trPr>
        <w:tc>
          <w:tcPr>
            <w:tcW w:w="3888" w:type="dxa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shd w:val="clear" w:color="auto" w:fill="F7FAFB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AE80539" w14:textId="77777777" w:rsidR="0046681D" w:rsidRDefault="00000000">
            <w:pPr>
              <w:spacing w:after="0"/>
            </w:pPr>
            <w:r>
              <w:rPr>
                <w:b/>
              </w:rPr>
              <w:t>Who has parental responsibility?</w:t>
            </w:r>
          </w:p>
        </w:tc>
        <w:tc>
          <w:tcPr>
            <w:tcW w:w="7488" w:type="dxa"/>
            <w:gridSpan w:val="3"/>
            <w:tcBorders>
              <w:top w:val="single" w:sz="6" w:space="0" w:color="A9C8D1"/>
              <w:left w:val="single" w:sz="6" w:space="0" w:color="A9C8D1"/>
              <w:bottom w:val="single" w:sz="6" w:space="0" w:color="A9C8D1"/>
              <w:right w:val="single" w:sz="6" w:space="0" w:color="A9C8D1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21D2B5B" w14:textId="77777777" w:rsidR="0046681D" w:rsidRDefault="0046681D"/>
        </w:tc>
      </w:tr>
      <w:tr w:rsidR="0046681D" w14:paraId="7CC5EFCF" w14:textId="77777777" w:rsidTr="009622D0">
        <w:tblPrEx>
          <w:jc w:val="center"/>
        </w:tblPrEx>
        <w:trPr>
          <w:jc w:val="center"/>
        </w:trPr>
        <w:tc>
          <w:tcPr>
            <w:tcW w:w="3888" w:type="dxa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shd w:val="clear" w:color="auto" w:fill="F7FAFB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957B2AA" w14:textId="77777777" w:rsidR="0046681D" w:rsidRDefault="00000000">
            <w:pPr>
              <w:spacing w:after="0"/>
            </w:pPr>
            <w:r>
              <w:rPr>
                <w:b/>
              </w:rPr>
              <w:t>Preferred contact / communication needs</w:t>
            </w:r>
          </w:p>
        </w:tc>
        <w:tc>
          <w:tcPr>
            <w:tcW w:w="7488" w:type="dxa"/>
            <w:gridSpan w:val="3"/>
            <w:tcBorders>
              <w:top w:val="single" w:sz="6" w:space="0" w:color="A9C8D1"/>
              <w:left w:val="single" w:sz="6" w:space="0" w:color="A9C8D1"/>
              <w:bottom w:val="single" w:sz="6" w:space="0" w:color="A9C8D1"/>
              <w:right w:val="single" w:sz="6" w:space="0" w:color="A9C8D1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46E0BC2" w14:textId="77777777" w:rsidR="0046681D" w:rsidRDefault="0046681D"/>
        </w:tc>
      </w:tr>
      <w:tr w:rsidR="009622D0" w14:paraId="3B3C56C0" w14:textId="77777777" w:rsidTr="000313DE">
        <w:tblPrEx>
          <w:jc w:val="center"/>
        </w:tblPrEx>
        <w:trPr>
          <w:jc w:val="center"/>
        </w:trPr>
        <w:tc>
          <w:tcPr>
            <w:tcW w:w="11376" w:type="dxa"/>
            <w:gridSpan w:val="4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6" w:space="0" w:color="A9C8D1"/>
            </w:tcBorders>
            <w:shd w:val="clear" w:color="auto" w:fill="F7FAFB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7D5FFFF" w14:textId="62078BA3" w:rsidR="009622D0" w:rsidRDefault="009622D0" w:rsidP="009622D0">
            <w:pPr>
              <w:spacing w:after="40"/>
            </w:pPr>
            <w:r>
              <w:rPr>
                <w:b/>
                <w:bCs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6FA7B1BA" wp14:editId="51982F9E">
                      <wp:simplePos x="0" y="0"/>
                      <wp:positionH relativeFrom="column">
                        <wp:posOffset>3509832</wp:posOffset>
                      </wp:positionH>
                      <wp:positionV relativeFrom="paragraph">
                        <wp:posOffset>22786</wp:posOffset>
                      </wp:positionV>
                      <wp:extent cx="75733" cy="75195"/>
                      <wp:effectExtent l="0" t="0" r="19685" b="20320"/>
                      <wp:wrapNone/>
                      <wp:docPr id="1987336167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33" cy="751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611A17C" id="Rectangle 5" o:spid="_x0000_s1026" style="position:absolute;margin-left:276.35pt;margin-top:1.8pt;width:5.95pt;height:5.9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" fillcolor="white [3212]" strokecolor="#404040 [2429]"/>
                  </w:pict>
                </mc:Fallback>
              </mc:AlternateContent>
            </w:r>
            <w:r>
              <w:rPr>
                <w:b/>
                <w:bCs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0FE634C" wp14:editId="592C4EC5">
                      <wp:simplePos x="0" y="0"/>
                      <wp:positionH relativeFrom="column">
                        <wp:posOffset>2522504</wp:posOffset>
                      </wp:positionH>
                      <wp:positionV relativeFrom="paragraph">
                        <wp:posOffset>19981</wp:posOffset>
                      </wp:positionV>
                      <wp:extent cx="75733" cy="78000"/>
                      <wp:effectExtent l="0" t="0" r="19685" b="17780"/>
                      <wp:wrapNone/>
                      <wp:docPr id="1945566361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33" cy="78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B8D9C66" id="Rectangle 4" o:spid="_x0000_s1026" style="position:absolute;margin-left:198.6pt;margin-top:1.55pt;width:5.95pt;height:6.1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" fillcolor="white [3212]" strokecolor="#5a5a5a [2109]"/>
                  </w:pict>
                </mc:Fallback>
              </mc:AlternateContent>
            </w:r>
            <w:r>
              <w:rPr>
                <w:b/>
                <w:bCs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1AE5D85" wp14:editId="6BE07864">
                      <wp:simplePos x="0" y="0"/>
                      <wp:positionH relativeFrom="column">
                        <wp:posOffset>1430768</wp:posOffset>
                      </wp:positionH>
                      <wp:positionV relativeFrom="paragraph">
                        <wp:posOffset>25245</wp:posOffset>
                      </wp:positionV>
                      <wp:extent cx="75565" cy="72390"/>
                      <wp:effectExtent l="0" t="0" r="19685" b="22860"/>
                      <wp:wrapNone/>
                      <wp:docPr id="1322752370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565" cy="723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850C823" id="Rectangle 3" o:spid="_x0000_s1026" style="position:absolute;margin-left:112.65pt;margin-top:2pt;width:5.95pt;height:5.7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" fillcolor="white [3212]" strokecolor="#5a5a5a [2109]"/>
                  </w:pict>
                </mc:Fallback>
              </mc:AlternateContent>
            </w:r>
            <w:r w:rsidRPr="00395E32">
              <w:rPr>
                <w:b/>
                <w:bCs/>
                <w:u w:val="single"/>
              </w:rPr>
              <w:t>Child in Care (</w:t>
            </w:r>
            <w:proofErr w:type="spellStart"/>
            <w:r w:rsidRPr="00395E32">
              <w:rPr>
                <w:b/>
                <w:bCs/>
                <w:u w:val="single"/>
              </w:rPr>
              <w:t>CiC</w:t>
            </w:r>
            <w:proofErr w:type="spellEnd"/>
            <w:r w:rsidRPr="00395E32">
              <w:rPr>
                <w:b/>
                <w:bCs/>
                <w:u w:val="single"/>
              </w:rPr>
              <w:t>)</w:t>
            </w:r>
            <w:proofErr w:type="gramStart"/>
            <w:r w:rsidRPr="00395E32">
              <w:rPr>
                <w:u w:val="single"/>
              </w:rPr>
              <w:t>:</w:t>
            </w:r>
            <w:r>
              <w:t xml:space="preserve">  Yes</w:t>
            </w:r>
            <w:proofErr w:type="gramEnd"/>
            <w:r>
              <w:t xml:space="preserve">/No        Interim Care Order         Full Care Order           Section 20    </w:t>
            </w:r>
          </w:p>
          <w:p w14:paraId="31E866B3" w14:textId="77777777" w:rsidR="009622D0" w:rsidRDefault="009622D0" w:rsidP="009622D0">
            <w:pPr>
              <w:spacing w:after="40"/>
            </w:pPr>
          </w:p>
          <w:p w14:paraId="4D43C07D" w14:textId="384C737E" w:rsidR="009622D0" w:rsidRDefault="009622D0" w:rsidP="0089068E">
            <w:pPr>
              <w:spacing w:after="40"/>
            </w:pPr>
            <w:r>
              <w:rPr>
                <w:b/>
                <w:bCs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16FD889" wp14:editId="5248BA03">
                      <wp:simplePos x="0" y="0"/>
                      <wp:positionH relativeFrom="column">
                        <wp:posOffset>2521955</wp:posOffset>
                      </wp:positionH>
                      <wp:positionV relativeFrom="paragraph">
                        <wp:posOffset>31115</wp:posOffset>
                      </wp:positionV>
                      <wp:extent cx="75565" cy="72390"/>
                      <wp:effectExtent l="0" t="0" r="19685" b="22860"/>
                      <wp:wrapNone/>
                      <wp:docPr id="194888438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565" cy="723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043579A" id="Rectangle 3" o:spid="_x0000_s1026" style="position:absolute;margin-left:198.6pt;margin-top:2.45pt;width:5.95pt;height:5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" fillcolor="white [3212]" strokecolor="#5a5a5a [2109]"/>
                  </w:pict>
                </mc:Fallback>
              </mc:AlternateContent>
            </w:r>
            <w:r>
              <w:rPr>
                <w:b/>
                <w:bCs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1D0F2BF1" wp14:editId="64B78EB2">
                      <wp:simplePos x="0" y="0"/>
                      <wp:positionH relativeFrom="column">
                        <wp:posOffset>1810058</wp:posOffset>
                      </wp:positionH>
                      <wp:positionV relativeFrom="paragraph">
                        <wp:posOffset>37165</wp:posOffset>
                      </wp:positionV>
                      <wp:extent cx="78537" cy="78537"/>
                      <wp:effectExtent l="0" t="0" r="17145" b="17145"/>
                      <wp:wrapNone/>
                      <wp:docPr id="1013317724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537" cy="7853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4C46494" id="Rectangle 6" o:spid="_x0000_s1026" style="position:absolute;margin-left:142.5pt;margin-top:2.95pt;width:6.2pt;height:6.2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" fillcolor="white [3212]" strokecolor="#404040 [2429]"/>
                  </w:pict>
                </mc:Fallback>
              </mc:AlternateContent>
            </w:r>
            <w:r w:rsidRPr="00395E32">
              <w:rPr>
                <w:b/>
                <w:bCs/>
                <w:u w:val="single"/>
              </w:rPr>
              <w:t xml:space="preserve">Previously Cared </w:t>
            </w:r>
            <w:proofErr w:type="gramStart"/>
            <w:r w:rsidRPr="00395E32">
              <w:rPr>
                <w:b/>
                <w:bCs/>
                <w:u w:val="single"/>
              </w:rPr>
              <w:t>For</w:t>
            </w:r>
            <w:proofErr w:type="gramEnd"/>
            <w:r w:rsidRPr="00395E32">
              <w:rPr>
                <w:b/>
                <w:bCs/>
                <w:u w:val="single"/>
              </w:rPr>
              <w:t xml:space="preserve"> Child</w:t>
            </w:r>
            <w:r>
              <w:t>: Yes/No         Adopted           Kinship care        ☐ Special Guardianship Order (</w:t>
            </w:r>
            <w:proofErr w:type="gramStart"/>
            <w:r>
              <w:t xml:space="preserve">SGO)   </w:t>
            </w:r>
            <w:proofErr w:type="gramEnd"/>
            <w:r>
              <w:t xml:space="preserve">     ☐ Other: ______________________</w:t>
            </w:r>
          </w:p>
        </w:tc>
      </w:tr>
      <w:tr w:rsidR="0046681D" w14:paraId="6AE4EE0F" w14:textId="77777777" w:rsidTr="009622D0">
        <w:tblPrEx>
          <w:jc w:val="center"/>
        </w:tblPrEx>
        <w:trPr>
          <w:gridAfter w:val="1"/>
          <w:wAfter w:w="230" w:type="dxa"/>
          <w:jc w:val="center"/>
        </w:trPr>
        <w:tc>
          <w:tcPr>
            <w:tcW w:w="11146" w:type="dxa"/>
            <w:gridSpan w:val="3"/>
            <w:tcBorders>
              <w:top w:val="single" w:sz="7" w:space="0" w:color="D8F0EB"/>
              <w:left w:val="single" w:sz="7" w:space="0" w:color="D8F0EB"/>
              <w:bottom w:val="single" w:sz="7" w:space="0" w:color="D8F0EB"/>
              <w:right w:val="single" w:sz="7" w:space="0" w:color="D8F0EB"/>
            </w:tcBorders>
            <w:shd w:val="clear" w:color="auto" w:fill="D8F0EB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EB684B1" w14:textId="77777777" w:rsidR="009622D0" w:rsidRDefault="009622D0">
            <w:pPr>
              <w:spacing w:after="0"/>
              <w:rPr>
                <w:b/>
                <w:sz w:val="18"/>
              </w:rPr>
            </w:pPr>
          </w:p>
          <w:p w14:paraId="508DCC56" w14:textId="78B2CEDA" w:rsidR="0046681D" w:rsidRDefault="00000000">
            <w:pPr>
              <w:spacing w:after="0"/>
            </w:pPr>
            <w:r>
              <w:rPr>
                <w:b/>
                <w:sz w:val="18"/>
              </w:rPr>
              <w:t>4. SCHOOL &amp; PROFESSIONAL CONTACTS</w:t>
            </w:r>
          </w:p>
        </w:tc>
      </w:tr>
      <w:tr w:rsidR="0046681D" w14:paraId="3A0A599A" w14:textId="77777777" w:rsidTr="009622D0">
        <w:tblPrEx>
          <w:jc w:val="center"/>
        </w:tblPrEx>
        <w:trPr>
          <w:jc w:val="center"/>
        </w:trPr>
        <w:tc>
          <w:tcPr>
            <w:tcW w:w="3888" w:type="dxa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shd w:val="clear" w:color="auto" w:fill="F7FAFB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B8DA816" w14:textId="77777777" w:rsidR="0046681D" w:rsidRDefault="00000000">
            <w:pPr>
              <w:spacing w:after="0"/>
            </w:pPr>
            <w:r>
              <w:rPr>
                <w:b/>
              </w:rPr>
              <w:lastRenderedPageBreak/>
              <w:t xml:space="preserve">School </w:t>
            </w:r>
            <w:proofErr w:type="gramStart"/>
            <w:r>
              <w:rPr>
                <w:b/>
              </w:rPr>
              <w:t>lead</w:t>
            </w:r>
            <w:proofErr w:type="gramEnd"/>
            <w:r>
              <w:rPr>
                <w:b/>
              </w:rPr>
              <w:t xml:space="preserve"> contact - name / role</w:t>
            </w:r>
          </w:p>
        </w:tc>
        <w:tc>
          <w:tcPr>
            <w:tcW w:w="7488" w:type="dxa"/>
            <w:gridSpan w:val="3"/>
            <w:tcBorders>
              <w:top w:val="single" w:sz="6" w:space="0" w:color="A9C8D1"/>
              <w:left w:val="single" w:sz="6" w:space="0" w:color="A9C8D1"/>
              <w:bottom w:val="single" w:sz="6" w:space="0" w:color="A9C8D1"/>
              <w:right w:val="single" w:sz="6" w:space="0" w:color="A9C8D1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47650E6" w14:textId="77777777" w:rsidR="0046681D" w:rsidRDefault="0046681D"/>
        </w:tc>
      </w:tr>
      <w:tr w:rsidR="0046681D" w14:paraId="3FB6757C" w14:textId="77777777" w:rsidTr="009622D0">
        <w:tblPrEx>
          <w:jc w:val="center"/>
        </w:tblPrEx>
        <w:trPr>
          <w:jc w:val="center"/>
        </w:trPr>
        <w:tc>
          <w:tcPr>
            <w:tcW w:w="3888" w:type="dxa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shd w:val="clear" w:color="auto" w:fill="F7FAFB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A1C3ED0" w14:textId="77777777" w:rsidR="0046681D" w:rsidRDefault="00000000">
            <w:pPr>
              <w:spacing w:after="0"/>
            </w:pPr>
            <w:r>
              <w:rPr>
                <w:b/>
              </w:rPr>
              <w:t xml:space="preserve">School </w:t>
            </w:r>
            <w:proofErr w:type="gramStart"/>
            <w:r>
              <w:rPr>
                <w:b/>
              </w:rPr>
              <w:t>lead</w:t>
            </w:r>
            <w:proofErr w:type="gramEnd"/>
            <w:r>
              <w:rPr>
                <w:b/>
              </w:rPr>
              <w:t xml:space="preserve"> - email / phone</w:t>
            </w:r>
          </w:p>
        </w:tc>
        <w:tc>
          <w:tcPr>
            <w:tcW w:w="7488" w:type="dxa"/>
            <w:gridSpan w:val="3"/>
            <w:tcBorders>
              <w:top w:val="single" w:sz="6" w:space="0" w:color="A9C8D1"/>
              <w:left w:val="single" w:sz="6" w:space="0" w:color="A9C8D1"/>
              <w:bottom w:val="single" w:sz="6" w:space="0" w:color="A9C8D1"/>
              <w:right w:val="single" w:sz="6" w:space="0" w:color="A9C8D1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8A2918B" w14:textId="77777777" w:rsidR="0046681D" w:rsidRDefault="0046681D"/>
        </w:tc>
      </w:tr>
      <w:tr w:rsidR="0046681D" w14:paraId="5B038B0B" w14:textId="77777777" w:rsidTr="009622D0">
        <w:tblPrEx>
          <w:jc w:val="center"/>
        </w:tblPrEx>
        <w:trPr>
          <w:jc w:val="center"/>
        </w:trPr>
        <w:tc>
          <w:tcPr>
            <w:tcW w:w="3888" w:type="dxa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shd w:val="clear" w:color="auto" w:fill="F7FAFB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5C5F6C7" w14:textId="77777777" w:rsidR="0046681D" w:rsidRDefault="00000000">
            <w:pPr>
              <w:spacing w:after="0"/>
            </w:pPr>
            <w:r>
              <w:rPr>
                <w:b/>
              </w:rPr>
              <w:t>DSL / safeguarding contact</w:t>
            </w:r>
          </w:p>
        </w:tc>
        <w:tc>
          <w:tcPr>
            <w:tcW w:w="7488" w:type="dxa"/>
            <w:gridSpan w:val="3"/>
            <w:tcBorders>
              <w:top w:val="single" w:sz="6" w:space="0" w:color="A9C8D1"/>
              <w:left w:val="single" w:sz="6" w:space="0" w:color="A9C8D1"/>
              <w:bottom w:val="single" w:sz="6" w:space="0" w:color="A9C8D1"/>
              <w:right w:val="single" w:sz="6" w:space="0" w:color="A9C8D1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6991D3E" w14:textId="77777777" w:rsidR="0046681D" w:rsidRDefault="0046681D"/>
        </w:tc>
      </w:tr>
      <w:tr w:rsidR="0046681D" w14:paraId="55CFC98C" w14:textId="77777777" w:rsidTr="009622D0">
        <w:tblPrEx>
          <w:jc w:val="center"/>
        </w:tblPrEx>
        <w:trPr>
          <w:jc w:val="center"/>
        </w:trPr>
        <w:tc>
          <w:tcPr>
            <w:tcW w:w="3888" w:type="dxa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shd w:val="clear" w:color="auto" w:fill="F7FAFB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1FA15B0" w14:textId="77777777" w:rsidR="0046681D" w:rsidRDefault="00000000">
            <w:pPr>
              <w:spacing w:after="0"/>
            </w:pPr>
            <w:r>
              <w:rPr>
                <w:b/>
              </w:rPr>
              <w:t>SENCO / SEND lead</w:t>
            </w:r>
          </w:p>
        </w:tc>
        <w:tc>
          <w:tcPr>
            <w:tcW w:w="7488" w:type="dxa"/>
            <w:gridSpan w:val="3"/>
            <w:tcBorders>
              <w:top w:val="single" w:sz="6" w:space="0" w:color="A9C8D1"/>
              <w:left w:val="single" w:sz="6" w:space="0" w:color="A9C8D1"/>
              <w:bottom w:val="single" w:sz="6" w:space="0" w:color="A9C8D1"/>
              <w:right w:val="single" w:sz="6" w:space="0" w:color="A9C8D1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21EE1F8" w14:textId="77777777" w:rsidR="0046681D" w:rsidRDefault="0046681D"/>
        </w:tc>
      </w:tr>
      <w:tr w:rsidR="0046681D" w14:paraId="063BBF97" w14:textId="77777777" w:rsidTr="009622D0">
        <w:tblPrEx>
          <w:jc w:val="center"/>
        </w:tblPrEx>
        <w:trPr>
          <w:jc w:val="center"/>
        </w:trPr>
        <w:tc>
          <w:tcPr>
            <w:tcW w:w="3888" w:type="dxa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shd w:val="clear" w:color="auto" w:fill="F7FAFB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F73F3A0" w14:textId="77777777" w:rsidR="0046681D" w:rsidRDefault="00000000">
            <w:pPr>
              <w:spacing w:after="0"/>
            </w:pPr>
            <w:r>
              <w:rPr>
                <w:b/>
              </w:rPr>
              <w:t>Social worker - name / team</w:t>
            </w:r>
          </w:p>
        </w:tc>
        <w:tc>
          <w:tcPr>
            <w:tcW w:w="7488" w:type="dxa"/>
            <w:gridSpan w:val="3"/>
            <w:tcBorders>
              <w:top w:val="single" w:sz="6" w:space="0" w:color="A9C8D1"/>
              <w:left w:val="single" w:sz="6" w:space="0" w:color="A9C8D1"/>
              <w:bottom w:val="single" w:sz="6" w:space="0" w:color="A9C8D1"/>
              <w:right w:val="single" w:sz="6" w:space="0" w:color="A9C8D1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E560CF4" w14:textId="77777777" w:rsidR="0046681D" w:rsidRDefault="0046681D"/>
        </w:tc>
      </w:tr>
      <w:tr w:rsidR="0046681D" w14:paraId="545C6159" w14:textId="77777777" w:rsidTr="009622D0">
        <w:tblPrEx>
          <w:jc w:val="center"/>
        </w:tblPrEx>
        <w:trPr>
          <w:jc w:val="center"/>
        </w:trPr>
        <w:tc>
          <w:tcPr>
            <w:tcW w:w="3888" w:type="dxa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shd w:val="clear" w:color="auto" w:fill="F7FAFB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D31BA41" w14:textId="77777777" w:rsidR="0046681D" w:rsidRDefault="00000000">
            <w:pPr>
              <w:spacing w:after="0"/>
            </w:pPr>
            <w:r>
              <w:rPr>
                <w:b/>
              </w:rPr>
              <w:t>Social worker - email / phone</w:t>
            </w:r>
          </w:p>
        </w:tc>
        <w:tc>
          <w:tcPr>
            <w:tcW w:w="7488" w:type="dxa"/>
            <w:gridSpan w:val="3"/>
            <w:tcBorders>
              <w:top w:val="single" w:sz="6" w:space="0" w:color="A9C8D1"/>
              <w:left w:val="single" w:sz="6" w:space="0" w:color="A9C8D1"/>
              <w:bottom w:val="single" w:sz="6" w:space="0" w:color="A9C8D1"/>
              <w:right w:val="single" w:sz="6" w:space="0" w:color="A9C8D1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7C32482" w14:textId="77777777" w:rsidR="0046681D" w:rsidRDefault="0046681D"/>
        </w:tc>
      </w:tr>
      <w:tr w:rsidR="0046681D" w14:paraId="3F5F4C33" w14:textId="77777777" w:rsidTr="009622D0">
        <w:tblPrEx>
          <w:jc w:val="center"/>
        </w:tblPrEx>
        <w:trPr>
          <w:jc w:val="center"/>
        </w:trPr>
        <w:tc>
          <w:tcPr>
            <w:tcW w:w="3888" w:type="dxa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shd w:val="clear" w:color="auto" w:fill="F7FAFB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70F702A" w14:textId="77777777" w:rsidR="0046681D" w:rsidRDefault="00000000">
            <w:pPr>
              <w:spacing w:after="0"/>
            </w:pPr>
            <w:r>
              <w:rPr>
                <w:b/>
              </w:rPr>
              <w:t>Virtual School contact (if applicable)</w:t>
            </w:r>
          </w:p>
        </w:tc>
        <w:tc>
          <w:tcPr>
            <w:tcW w:w="7488" w:type="dxa"/>
            <w:gridSpan w:val="3"/>
            <w:tcBorders>
              <w:top w:val="single" w:sz="6" w:space="0" w:color="A9C8D1"/>
              <w:left w:val="single" w:sz="6" w:space="0" w:color="A9C8D1"/>
              <w:bottom w:val="single" w:sz="6" w:space="0" w:color="A9C8D1"/>
              <w:right w:val="single" w:sz="6" w:space="0" w:color="A9C8D1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64EFD7C" w14:textId="77777777" w:rsidR="0046681D" w:rsidRDefault="0046681D"/>
        </w:tc>
      </w:tr>
    </w:tbl>
    <w:p w14:paraId="65642675" w14:textId="408F210A" w:rsidR="0046681D" w:rsidRDefault="0046681D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146"/>
      </w:tblGrid>
      <w:tr w:rsidR="0046681D" w14:paraId="5FD4F551" w14:textId="77777777">
        <w:trPr>
          <w:jc w:val="center"/>
        </w:trPr>
        <w:tc>
          <w:tcPr>
            <w:tcW w:w="11146" w:type="dxa"/>
            <w:tcBorders>
              <w:top w:val="single" w:sz="7" w:space="0" w:color="FFE0C8"/>
              <w:left w:val="single" w:sz="7" w:space="0" w:color="FFE0C8"/>
              <w:bottom w:val="single" w:sz="7" w:space="0" w:color="FFE0C8"/>
              <w:right w:val="single" w:sz="7" w:space="0" w:color="FFE0C8"/>
            </w:tcBorders>
            <w:shd w:val="clear" w:color="auto" w:fill="FFE0C8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4E2440C0" w14:textId="18C8D367" w:rsidR="0046681D" w:rsidRDefault="0089068E">
            <w:pPr>
              <w:spacing w:after="0"/>
            </w:pPr>
            <w:r>
              <w:rPr>
                <w:b/>
                <w:sz w:val="18"/>
              </w:rPr>
              <w:t>5. REASON FOR REFERRAL</w:t>
            </w:r>
          </w:p>
        </w:tc>
      </w:tr>
    </w:tbl>
    <w:p w14:paraId="07D41007" w14:textId="77777777" w:rsidR="0046681D" w:rsidRDefault="00000000">
      <w:pPr>
        <w:spacing w:before="40" w:after="40"/>
      </w:pPr>
      <w:r>
        <w:rPr>
          <w:b/>
        </w:rPr>
        <w:t>Please outline the main reasons for referral, current concerns and what you would like Bridging Futures to help achieve.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146"/>
      </w:tblGrid>
      <w:tr w:rsidR="0046681D" w14:paraId="1DEB6C5B" w14:textId="77777777">
        <w:tc>
          <w:tcPr>
            <w:tcW w:w="11146" w:type="dxa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D7789B9" w14:textId="77777777" w:rsidR="0046681D" w:rsidRDefault="00000000">
            <w: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6BA89322" w14:textId="77777777" w:rsidR="0046681D" w:rsidRDefault="00000000">
      <w:pPr>
        <w:spacing w:after="40"/>
      </w:pPr>
      <w:r>
        <w:t>☐ EBSA / attendance    ☐ Anxiety / emotional wellbeing    ☐ Trauma / adverse experiences</w:t>
      </w:r>
    </w:p>
    <w:p w14:paraId="3D216268" w14:textId="77777777" w:rsidR="0046681D" w:rsidRDefault="00000000">
      <w:pPr>
        <w:spacing w:after="40"/>
      </w:pPr>
      <w:r>
        <w:t>☐ SEND / additional needs    ☐ Relationships / regulation    ☐ Risk of suspension / exclusion</w:t>
      </w:r>
    </w:p>
    <w:p w14:paraId="44C90EB7" w14:textId="77777777" w:rsidR="0046681D" w:rsidRDefault="00000000">
      <w:pPr>
        <w:spacing w:after="40"/>
      </w:pPr>
      <w:r>
        <w:t>☐ Transition / reintegration    ☐ School-based difficulties    ☐ Other: 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8266"/>
        <w:gridCol w:w="15"/>
      </w:tblGrid>
      <w:tr w:rsidR="0046681D" w14:paraId="571C9E47" w14:textId="77777777">
        <w:trPr>
          <w:gridAfter w:val="1"/>
          <w:wAfter w:w="15" w:type="dxa"/>
          <w:jc w:val="center"/>
        </w:trPr>
        <w:tc>
          <w:tcPr>
            <w:tcW w:w="11146" w:type="dxa"/>
            <w:gridSpan w:val="2"/>
            <w:tcBorders>
              <w:top w:val="single" w:sz="7" w:space="0" w:color="00636A"/>
              <w:left w:val="single" w:sz="7" w:space="0" w:color="00636A"/>
              <w:bottom w:val="single" w:sz="7" w:space="0" w:color="00636A"/>
              <w:right w:val="single" w:sz="7" w:space="0" w:color="00636A"/>
            </w:tcBorders>
            <w:shd w:val="clear" w:color="auto" w:fill="00636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04661A3" w14:textId="47DCA861" w:rsidR="0046681D" w:rsidRDefault="0089068E">
            <w:pPr>
              <w:spacing w:after="0"/>
            </w:pPr>
            <w:r>
              <w:rPr>
                <w:b/>
                <w:color w:val="FFFFFF"/>
                <w:sz w:val="18"/>
              </w:rPr>
              <w:t>6. CURRENT EDUCATION / ATTENDANCE</w:t>
            </w:r>
          </w:p>
        </w:tc>
      </w:tr>
      <w:tr w:rsidR="0046681D" w14:paraId="410CD0BC" w14:textId="77777777">
        <w:trPr>
          <w:jc w:val="center"/>
        </w:trPr>
        <w:tc>
          <w:tcPr>
            <w:tcW w:w="2880" w:type="dxa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shd w:val="clear" w:color="auto" w:fill="F7FAFB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FF0F191" w14:textId="77777777" w:rsidR="0046681D" w:rsidRDefault="00000000">
            <w:pPr>
              <w:spacing w:after="0"/>
            </w:pPr>
            <w:r>
              <w:rPr>
                <w:b/>
              </w:rPr>
              <w:t>Current attendance (%)</w:t>
            </w:r>
          </w:p>
        </w:tc>
        <w:tc>
          <w:tcPr>
            <w:tcW w:w="7488" w:type="dxa"/>
            <w:gridSpan w:val="2"/>
            <w:tcBorders>
              <w:top w:val="single" w:sz="6" w:space="0" w:color="A9C8D1"/>
              <w:left w:val="single" w:sz="6" w:space="0" w:color="A9C8D1"/>
              <w:bottom w:val="single" w:sz="6" w:space="0" w:color="A9C8D1"/>
              <w:right w:val="single" w:sz="6" w:space="0" w:color="A9C8D1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9703778" w14:textId="77777777" w:rsidR="0046681D" w:rsidRDefault="0046681D"/>
        </w:tc>
      </w:tr>
      <w:tr w:rsidR="0046681D" w14:paraId="2AF24695" w14:textId="77777777">
        <w:trPr>
          <w:jc w:val="center"/>
        </w:trPr>
        <w:tc>
          <w:tcPr>
            <w:tcW w:w="2880" w:type="dxa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shd w:val="clear" w:color="auto" w:fill="F7FAFB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3B0837B" w14:textId="77777777" w:rsidR="0046681D" w:rsidRDefault="00000000">
            <w:pPr>
              <w:spacing w:after="0"/>
            </w:pPr>
            <w:r>
              <w:rPr>
                <w:b/>
              </w:rPr>
              <w:t>Current timetable / hours attending</w:t>
            </w:r>
          </w:p>
        </w:tc>
        <w:tc>
          <w:tcPr>
            <w:tcW w:w="7488" w:type="dxa"/>
            <w:gridSpan w:val="2"/>
            <w:tcBorders>
              <w:top w:val="single" w:sz="6" w:space="0" w:color="A9C8D1"/>
              <w:left w:val="single" w:sz="6" w:space="0" w:color="A9C8D1"/>
              <w:bottom w:val="single" w:sz="6" w:space="0" w:color="A9C8D1"/>
              <w:right w:val="single" w:sz="6" w:space="0" w:color="A9C8D1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5B0CE97" w14:textId="77777777" w:rsidR="0046681D" w:rsidRDefault="0046681D"/>
        </w:tc>
      </w:tr>
      <w:tr w:rsidR="0046681D" w14:paraId="196B93B5" w14:textId="77777777">
        <w:trPr>
          <w:jc w:val="center"/>
        </w:trPr>
        <w:tc>
          <w:tcPr>
            <w:tcW w:w="2880" w:type="dxa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shd w:val="clear" w:color="auto" w:fill="F7FAFB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B8A7FCC" w14:textId="77777777" w:rsidR="0046681D" w:rsidRDefault="00000000">
            <w:pPr>
              <w:spacing w:after="0"/>
            </w:pPr>
            <w:r>
              <w:rPr>
                <w:b/>
              </w:rPr>
              <w:t>Current placement / registration status</w:t>
            </w:r>
          </w:p>
        </w:tc>
        <w:tc>
          <w:tcPr>
            <w:tcW w:w="7488" w:type="dxa"/>
            <w:gridSpan w:val="2"/>
            <w:tcBorders>
              <w:top w:val="single" w:sz="6" w:space="0" w:color="A9C8D1"/>
              <w:left w:val="single" w:sz="6" w:space="0" w:color="A9C8D1"/>
              <w:bottom w:val="single" w:sz="6" w:space="0" w:color="A9C8D1"/>
              <w:right w:val="single" w:sz="6" w:space="0" w:color="A9C8D1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557B64" w14:textId="77777777" w:rsidR="0046681D" w:rsidRDefault="0046681D"/>
        </w:tc>
      </w:tr>
      <w:tr w:rsidR="0046681D" w14:paraId="09DC9EAC" w14:textId="77777777">
        <w:trPr>
          <w:jc w:val="center"/>
        </w:trPr>
        <w:tc>
          <w:tcPr>
            <w:tcW w:w="2880" w:type="dxa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shd w:val="clear" w:color="auto" w:fill="F7FAFB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F0E3B47" w14:textId="77777777" w:rsidR="0046681D" w:rsidRDefault="00000000">
            <w:pPr>
              <w:spacing w:after="0"/>
            </w:pPr>
            <w:r>
              <w:rPr>
                <w:b/>
              </w:rPr>
              <w:t>EHCP</w:t>
            </w:r>
          </w:p>
        </w:tc>
        <w:tc>
          <w:tcPr>
            <w:tcW w:w="7488" w:type="dxa"/>
            <w:gridSpan w:val="2"/>
            <w:tcBorders>
              <w:top w:val="single" w:sz="6" w:space="0" w:color="A9C8D1"/>
              <w:left w:val="single" w:sz="6" w:space="0" w:color="A9C8D1"/>
              <w:bottom w:val="single" w:sz="6" w:space="0" w:color="A9C8D1"/>
              <w:right w:val="single" w:sz="6" w:space="0" w:color="A9C8D1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004F94B" w14:textId="0CABE5BE" w:rsidR="0046681D" w:rsidRDefault="00000000">
            <w:r>
              <w:t xml:space="preserve">☐ </w:t>
            </w:r>
            <w:proofErr w:type="gramStart"/>
            <w:r>
              <w:t>Yes</w:t>
            </w:r>
            <w:r w:rsidR="00234714">
              <w:t xml:space="preserve">  (</w:t>
            </w:r>
            <w:proofErr w:type="gramEnd"/>
            <w:r w:rsidR="00234714">
              <w:t xml:space="preserve">attach a copy to this </w:t>
            </w:r>
            <w:proofErr w:type="gramStart"/>
            <w:r w:rsidR="00234714">
              <w:t>referral)</w:t>
            </w:r>
            <w:r>
              <w:t xml:space="preserve">   </w:t>
            </w:r>
            <w:proofErr w:type="gramEnd"/>
            <w:r>
              <w:t xml:space="preserve">  ☐ No     ☐ Assessment underway</w:t>
            </w:r>
            <w:r w:rsidR="00234714">
              <w:t xml:space="preserve">   </w:t>
            </w:r>
          </w:p>
        </w:tc>
      </w:tr>
      <w:tr w:rsidR="0046681D" w14:paraId="7343445B" w14:textId="77777777">
        <w:trPr>
          <w:jc w:val="center"/>
        </w:trPr>
        <w:tc>
          <w:tcPr>
            <w:tcW w:w="2880" w:type="dxa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shd w:val="clear" w:color="auto" w:fill="F7FAFB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FBFD9AA" w14:textId="77777777" w:rsidR="0046681D" w:rsidRDefault="00000000">
            <w:pPr>
              <w:spacing w:after="0"/>
            </w:pPr>
            <w:r>
              <w:rPr>
                <w:b/>
              </w:rPr>
              <w:t>SEN Support</w:t>
            </w:r>
          </w:p>
        </w:tc>
        <w:tc>
          <w:tcPr>
            <w:tcW w:w="7488" w:type="dxa"/>
            <w:gridSpan w:val="2"/>
            <w:tcBorders>
              <w:top w:val="single" w:sz="6" w:space="0" w:color="A9C8D1"/>
              <w:left w:val="single" w:sz="6" w:space="0" w:color="A9C8D1"/>
              <w:bottom w:val="single" w:sz="6" w:space="0" w:color="A9C8D1"/>
              <w:right w:val="single" w:sz="6" w:space="0" w:color="A9C8D1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0E3CE7" w14:textId="77777777" w:rsidR="0046681D" w:rsidRDefault="00000000">
            <w:r>
              <w:t>☐ Yes     ☐ No</w:t>
            </w:r>
          </w:p>
        </w:tc>
      </w:tr>
      <w:tr w:rsidR="0046681D" w14:paraId="2EBB5FD4" w14:textId="77777777">
        <w:trPr>
          <w:jc w:val="center"/>
        </w:trPr>
        <w:tc>
          <w:tcPr>
            <w:tcW w:w="2880" w:type="dxa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shd w:val="clear" w:color="auto" w:fill="F7FAFB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6A23A1C" w14:textId="77777777" w:rsidR="0046681D" w:rsidRDefault="00000000">
            <w:pPr>
              <w:spacing w:after="0"/>
            </w:pPr>
            <w:r>
              <w:rPr>
                <w:b/>
              </w:rPr>
              <w:t>Recent suspensions / exclusions (if relevant)</w:t>
            </w:r>
          </w:p>
        </w:tc>
        <w:tc>
          <w:tcPr>
            <w:tcW w:w="7488" w:type="dxa"/>
            <w:gridSpan w:val="2"/>
            <w:tcBorders>
              <w:top w:val="single" w:sz="6" w:space="0" w:color="A9C8D1"/>
              <w:left w:val="single" w:sz="6" w:space="0" w:color="A9C8D1"/>
              <w:bottom w:val="single" w:sz="6" w:space="0" w:color="A9C8D1"/>
              <w:right w:val="single" w:sz="6" w:space="0" w:color="A9C8D1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89C4978" w14:textId="77777777" w:rsidR="0046681D" w:rsidRDefault="0046681D"/>
        </w:tc>
      </w:tr>
    </w:tbl>
    <w:p w14:paraId="65581CAF" w14:textId="77777777" w:rsidR="0046681D" w:rsidRDefault="00000000">
      <w:pPr>
        <w:spacing w:before="40" w:after="40"/>
      </w:pPr>
      <w:r>
        <w:rPr>
          <w:b/>
        </w:rPr>
        <w:t>What are the main barriers to attendance, engagement or learning?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146"/>
      </w:tblGrid>
      <w:tr w:rsidR="0046681D" w14:paraId="4970465E" w14:textId="77777777">
        <w:tc>
          <w:tcPr>
            <w:tcW w:w="11146" w:type="dxa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0514928" w14:textId="77777777" w:rsidR="0046681D" w:rsidRDefault="00000000">
            <w: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  <w:tr w:rsidR="0046681D" w14:paraId="3A6D116B" w14:textId="77777777">
        <w:tblPrEx>
          <w:jc w:val="center"/>
        </w:tblPrEx>
        <w:trPr>
          <w:jc w:val="center"/>
        </w:trPr>
        <w:tc>
          <w:tcPr>
            <w:tcW w:w="11146" w:type="dxa"/>
            <w:tcBorders>
              <w:top w:val="single" w:sz="7" w:space="0" w:color="D8F0EB"/>
              <w:left w:val="single" w:sz="7" w:space="0" w:color="D8F0EB"/>
              <w:bottom w:val="single" w:sz="7" w:space="0" w:color="D8F0EB"/>
              <w:right w:val="single" w:sz="7" w:space="0" w:color="D8F0EB"/>
            </w:tcBorders>
            <w:shd w:val="clear" w:color="auto" w:fill="D8F0EB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3485EE3" w14:textId="33699401" w:rsidR="0046681D" w:rsidRDefault="0089068E">
            <w:pPr>
              <w:spacing w:after="0"/>
            </w:pPr>
            <w:r>
              <w:rPr>
                <w:b/>
                <w:sz w:val="18"/>
              </w:rPr>
              <w:t>7. STRENGTHS, INTERESTS &amp; YOUNG PERSON'S VOICE</w:t>
            </w:r>
          </w:p>
        </w:tc>
      </w:tr>
    </w:tbl>
    <w:p w14:paraId="0541FF88" w14:textId="77777777" w:rsidR="0046681D" w:rsidRDefault="00000000">
      <w:pPr>
        <w:spacing w:before="40" w:after="40"/>
      </w:pPr>
      <w:r>
        <w:rPr>
          <w:b/>
        </w:rPr>
        <w:t>Please tell us about strengths, interests, positive relationships, aspirations and what helps the young person feel safe, settled or able to engage.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146"/>
      </w:tblGrid>
      <w:tr w:rsidR="0046681D" w14:paraId="77ACE863" w14:textId="77777777">
        <w:tc>
          <w:tcPr>
            <w:tcW w:w="11146" w:type="dxa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FF4A6B9" w14:textId="77777777" w:rsidR="0046681D" w:rsidRDefault="00000000">
            <w: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3F5C0E5C" w14:textId="77777777" w:rsidR="0046681D" w:rsidRDefault="00000000">
      <w:pPr>
        <w:spacing w:before="40" w:after="40"/>
      </w:pPr>
      <w:r>
        <w:rPr>
          <w:b/>
        </w:rPr>
        <w:t>What does the young person say about school / education and the proposed referral, where known?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146"/>
      </w:tblGrid>
      <w:tr w:rsidR="0046681D" w14:paraId="0C79B4B6" w14:textId="77777777">
        <w:tc>
          <w:tcPr>
            <w:tcW w:w="11146" w:type="dxa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99FA495" w14:textId="77777777" w:rsidR="0046681D" w:rsidRDefault="00000000">
            <w: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  <w:tr w:rsidR="0046681D" w14:paraId="56FAB9F2" w14:textId="77777777">
        <w:tblPrEx>
          <w:jc w:val="center"/>
        </w:tblPrEx>
        <w:trPr>
          <w:jc w:val="center"/>
        </w:trPr>
        <w:tc>
          <w:tcPr>
            <w:tcW w:w="11146" w:type="dxa"/>
            <w:tcBorders>
              <w:top w:val="single" w:sz="7" w:space="0" w:color="FFE0C8"/>
              <w:left w:val="single" w:sz="7" w:space="0" w:color="FFE0C8"/>
              <w:bottom w:val="single" w:sz="7" w:space="0" w:color="FFE0C8"/>
              <w:right w:val="single" w:sz="7" w:space="0" w:color="FFE0C8"/>
            </w:tcBorders>
            <w:shd w:val="clear" w:color="auto" w:fill="FFE0C8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4164FA8" w14:textId="17C05E88" w:rsidR="0046681D" w:rsidRDefault="0089068E">
            <w:pPr>
              <w:spacing w:after="0"/>
            </w:pPr>
            <w:r>
              <w:rPr>
                <w:b/>
                <w:sz w:val="18"/>
              </w:rPr>
              <w:t>8. SUPPORT ALREADY IN PLACE</w:t>
            </w:r>
          </w:p>
        </w:tc>
      </w:tr>
    </w:tbl>
    <w:p w14:paraId="6BBC518D" w14:textId="77777777" w:rsidR="0046681D" w:rsidRDefault="00000000">
      <w:pPr>
        <w:spacing w:before="40" w:after="40"/>
      </w:pPr>
      <w:r>
        <w:rPr>
          <w:b/>
        </w:rPr>
        <w:t>What support, reasonable adjustments or strategies have already been tried? What has helped?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146"/>
      </w:tblGrid>
      <w:tr w:rsidR="0046681D" w14:paraId="14626550" w14:textId="77777777">
        <w:tc>
          <w:tcPr>
            <w:tcW w:w="11146" w:type="dxa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29189DB" w14:textId="77777777" w:rsidR="0046681D" w:rsidRDefault="00000000">
            <w: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1DD55DDF" w14:textId="77777777" w:rsidR="0046681D" w:rsidRDefault="00000000">
      <w:r>
        <w:rPr>
          <w:b/>
        </w:rPr>
        <w:t>Current external agency / professional involvement: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15"/>
        <w:gridCol w:w="3715"/>
        <w:gridCol w:w="3716"/>
        <w:gridCol w:w="14"/>
      </w:tblGrid>
      <w:tr w:rsidR="0046681D" w14:paraId="773E3D47" w14:textId="77777777">
        <w:tc>
          <w:tcPr>
            <w:tcW w:w="3715" w:type="dxa"/>
            <w:tcBorders>
              <w:top w:val="single" w:sz="7" w:space="0" w:color="00636A"/>
              <w:left w:val="single" w:sz="7" w:space="0" w:color="00636A"/>
              <w:bottom w:val="single" w:sz="7" w:space="0" w:color="00636A"/>
              <w:right w:val="single" w:sz="7" w:space="0" w:color="00636A"/>
            </w:tcBorders>
            <w:shd w:val="clear" w:color="auto" w:fill="00636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D7EE325" w14:textId="77777777" w:rsidR="0046681D" w:rsidRDefault="00000000">
            <w:r>
              <w:rPr>
                <w:b/>
                <w:color w:val="FFFFFF"/>
              </w:rPr>
              <w:t>Agency / service</w:t>
            </w:r>
          </w:p>
        </w:tc>
        <w:tc>
          <w:tcPr>
            <w:tcW w:w="3715" w:type="dxa"/>
            <w:tcBorders>
              <w:top w:val="single" w:sz="7" w:space="0" w:color="00636A"/>
              <w:left w:val="single" w:sz="7" w:space="0" w:color="00636A"/>
              <w:bottom w:val="single" w:sz="7" w:space="0" w:color="00636A"/>
              <w:right w:val="single" w:sz="7" w:space="0" w:color="00636A"/>
            </w:tcBorders>
            <w:shd w:val="clear" w:color="auto" w:fill="00636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7DCBF96" w14:textId="77777777" w:rsidR="0046681D" w:rsidRDefault="00000000">
            <w:r>
              <w:rPr>
                <w:b/>
                <w:color w:val="FFFFFF"/>
              </w:rPr>
              <w:t>Professional / contact</w:t>
            </w:r>
          </w:p>
        </w:tc>
        <w:tc>
          <w:tcPr>
            <w:tcW w:w="3715" w:type="dxa"/>
            <w:gridSpan w:val="2"/>
            <w:tcBorders>
              <w:top w:val="single" w:sz="7" w:space="0" w:color="00636A"/>
              <w:left w:val="single" w:sz="7" w:space="0" w:color="00636A"/>
              <w:bottom w:val="single" w:sz="7" w:space="0" w:color="00636A"/>
              <w:right w:val="single" w:sz="7" w:space="0" w:color="00636A"/>
            </w:tcBorders>
            <w:shd w:val="clear" w:color="auto" w:fill="00636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AAE995C" w14:textId="77777777" w:rsidR="0046681D" w:rsidRDefault="00000000">
            <w:r>
              <w:rPr>
                <w:b/>
                <w:color w:val="FFFFFF"/>
              </w:rPr>
              <w:t>Current involvement / purpose</w:t>
            </w:r>
          </w:p>
        </w:tc>
      </w:tr>
      <w:tr w:rsidR="0046681D" w14:paraId="1F01FA03" w14:textId="77777777">
        <w:tc>
          <w:tcPr>
            <w:tcW w:w="3715" w:type="dxa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29C1CB59" w14:textId="77777777" w:rsidR="0046681D" w:rsidRDefault="00000000">
            <w:r>
              <w:lastRenderedPageBreak/>
              <w:t xml:space="preserve"> </w:t>
            </w:r>
          </w:p>
        </w:tc>
        <w:tc>
          <w:tcPr>
            <w:tcW w:w="3715" w:type="dxa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0AA2E73B" w14:textId="77777777" w:rsidR="0046681D" w:rsidRDefault="00000000">
            <w:r>
              <w:t xml:space="preserve"> </w:t>
            </w:r>
          </w:p>
        </w:tc>
        <w:tc>
          <w:tcPr>
            <w:tcW w:w="3715" w:type="dxa"/>
            <w:gridSpan w:val="2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268D8A5E" w14:textId="77777777" w:rsidR="0046681D" w:rsidRDefault="00000000">
            <w:r>
              <w:t xml:space="preserve"> </w:t>
            </w:r>
          </w:p>
        </w:tc>
      </w:tr>
      <w:tr w:rsidR="0046681D" w14:paraId="7354932B" w14:textId="77777777">
        <w:tc>
          <w:tcPr>
            <w:tcW w:w="3715" w:type="dxa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29E111F8" w14:textId="77777777" w:rsidR="0046681D" w:rsidRDefault="00000000">
            <w:r>
              <w:t xml:space="preserve"> </w:t>
            </w:r>
          </w:p>
        </w:tc>
        <w:tc>
          <w:tcPr>
            <w:tcW w:w="3715" w:type="dxa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3A7B1882" w14:textId="77777777" w:rsidR="0046681D" w:rsidRDefault="00000000">
            <w:r>
              <w:t xml:space="preserve"> </w:t>
            </w:r>
          </w:p>
        </w:tc>
        <w:tc>
          <w:tcPr>
            <w:tcW w:w="3715" w:type="dxa"/>
            <w:gridSpan w:val="2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1F67FCA9" w14:textId="77777777" w:rsidR="0046681D" w:rsidRDefault="00000000">
            <w:r>
              <w:t xml:space="preserve"> </w:t>
            </w:r>
          </w:p>
        </w:tc>
      </w:tr>
      <w:tr w:rsidR="0046681D" w14:paraId="79E82129" w14:textId="77777777">
        <w:tc>
          <w:tcPr>
            <w:tcW w:w="3715" w:type="dxa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0E9EC62B" w14:textId="77777777" w:rsidR="0046681D" w:rsidRDefault="00000000">
            <w:r>
              <w:t xml:space="preserve"> </w:t>
            </w:r>
          </w:p>
        </w:tc>
        <w:tc>
          <w:tcPr>
            <w:tcW w:w="3715" w:type="dxa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7C2528AC" w14:textId="77777777" w:rsidR="0046681D" w:rsidRDefault="00000000">
            <w:r>
              <w:t xml:space="preserve"> </w:t>
            </w:r>
          </w:p>
        </w:tc>
        <w:tc>
          <w:tcPr>
            <w:tcW w:w="3715" w:type="dxa"/>
            <w:gridSpan w:val="2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38965282" w14:textId="77777777" w:rsidR="0046681D" w:rsidRDefault="00000000">
            <w:r>
              <w:t xml:space="preserve"> </w:t>
            </w:r>
          </w:p>
        </w:tc>
      </w:tr>
      <w:tr w:rsidR="0046681D" w14:paraId="2419E4D8" w14:textId="77777777">
        <w:tc>
          <w:tcPr>
            <w:tcW w:w="3715" w:type="dxa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594D1D3A" w14:textId="77777777" w:rsidR="0046681D" w:rsidRDefault="00000000">
            <w:r>
              <w:t xml:space="preserve"> </w:t>
            </w:r>
          </w:p>
        </w:tc>
        <w:tc>
          <w:tcPr>
            <w:tcW w:w="3715" w:type="dxa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7E67134E" w14:textId="77777777" w:rsidR="0046681D" w:rsidRDefault="00000000">
            <w:r>
              <w:t xml:space="preserve"> </w:t>
            </w:r>
          </w:p>
        </w:tc>
        <w:tc>
          <w:tcPr>
            <w:tcW w:w="3715" w:type="dxa"/>
            <w:gridSpan w:val="2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535CA45A" w14:textId="77777777" w:rsidR="0046681D" w:rsidRDefault="00000000">
            <w:r>
              <w:t xml:space="preserve"> </w:t>
            </w:r>
          </w:p>
        </w:tc>
      </w:tr>
      <w:tr w:rsidR="0046681D" w14:paraId="3CA467C0" w14:textId="77777777">
        <w:tblPrEx>
          <w:jc w:val="center"/>
        </w:tblPrEx>
        <w:trPr>
          <w:gridAfter w:val="1"/>
          <w:wAfter w:w="14" w:type="dxa"/>
          <w:jc w:val="center"/>
        </w:trPr>
        <w:tc>
          <w:tcPr>
            <w:tcW w:w="11146" w:type="dxa"/>
            <w:gridSpan w:val="3"/>
            <w:tcBorders>
              <w:top w:val="single" w:sz="7" w:space="0" w:color="00636A"/>
              <w:left w:val="single" w:sz="7" w:space="0" w:color="00636A"/>
              <w:bottom w:val="single" w:sz="7" w:space="0" w:color="00636A"/>
              <w:right w:val="single" w:sz="7" w:space="0" w:color="00636A"/>
            </w:tcBorders>
            <w:shd w:val="clear" w:color="auto" w:fill="00636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106CE546" w14:textId="3BA66115" w:rsidR="0046681D" w:rsidRDefault="0089068E">
            <w:pPr>
              <w:spacing w:after="0"/>
            </w:pPr>
            <w:r>
              <w:rPr>
                <w:b/>
                <w:color w:val="FFFFFF"/>
                <w:sz w:val="18"/>
              </w:rPr>
              <w:t>9. SAFEGUARDING, HEALTH &amp; PRACTICAL INFORMATION</w:t>
            </w:r>
          </w:p>
        </w:tc>
      </w:tr>
    </w:tbl>
    <w:p w14:paraId="0A2D08DF" w14:textId="77777777" w:rsidR="0046681D" w:rsidRDefault="00000000">
      <w:r>
        <w:rPr>
          <w:i/>
        </w:rPr>
        <w:t>Please identify anything Bridging Futures needs to know at referral stage to consider suitability and plan safely. Fuller information will be explored during assessment.</w:t>
      </w:r>
    </w:p>
    <w:p w14:paraId="7CB9F780" w14:textId="1204372A" w:rsidR="0046681D" w:rsidRDefault="00000000">
      <w:pPr>
        <w:spacing w:after="40"/>
      </w:pPr>
      <w:r>
        <w:t xml:space="preserve">☐ Current safeguarding concerns    ☐ Child Protection </w:t>
      </w:r>
      <w:r w:rsidR="00963E05">
        <w:t xml:space="preserve">        </w:t>
      </w:r>
      <w:r>
        <w:t xml:space="preserve"> </w:t>
      </w:r>
      <w:r w:rsidR="00963E05">
        <w:t xml:space="preserve">    </w:t>
      </w:r>
      <w:r>
        <w:t xml:space="preserve">Child in Need plan     </w:t>
      </w:r>
      <w:r w:rsidR="00963E05">
        <w:t xml:space="preserve">        </w:t>
      </w:r>
      <w:r>
        <w:t>Early Help</w:t>
      </w:r>
    </w:p>
    <w:p w14:paraId="0558D4F3" w14:textId="3394BFD7" w:rsidR="0046681D" w:rsidRDefault="00000000">
      <w:pPr>
        <w:spacing w:after="40"/>
      </w:pPr>
      <w:r>
        <w:t>☐ Known risk to self    ☐ Known risk to others    ☐ Risk of exploitation / going missing</w:t>
      </w:r>
      <w:r w:rsidR="003D4F64">
        <w:t xml:space="preserve">    </w:t>
      </w:r>
      <w:r w:rsidR="00963E05">
        <w:t xml:space="preserve"> </w:t>
      </w:r>
      <w:r w:rsidR="003D4F64">
        <w:t>Alcohol/substance misuse       Criminality            Gang Affiliation</w:t>
      </w:r>
    </w:p>
    <w:p w14:paraId="3BEE3409" w14:textId="77777777" w:rsidR="0046681D" w:rsidRDefault="00000000">
      <w:pPr>
        <w:spacing w:after="40"/>
      </w:pPr>
      <w:r>
        <w:t>☐ Medical / allergy needs    ☐ Medication during provision hours    ☐ Accessibility / sensory needs</w:t>
      </w:r>
    </w:p>
    <w:p w14:paraId="3C4F1B3B" w14:textId="77777777" w:rsidR="0046681D" w:rsidRDefault="00000000">
      <w:pPr>
        <w:spacing w:before="40" w:after="40"/>
      </w:pPr>
      <w:r>
        <w:rPr>
          <w:b/>
        </w:rPr>
        <w:t>Brief details, including any current safety plan or essential risk information: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80"/>
        <w:gridCol w:w="8266"/>
        <w:gridCol w:w="20"/>
      </w:tblGrid>
      <w:tr w:rsidR="0046681D" w14:paraId="0F021DD9" w14:textId="77777777">
        <w:trPr>
          <w:gridAfter w:val="1"/>
          <w:wAfter w:w="20" w:type="dxa"/>
        </w:trPr>
        <w:tc>
          <w:tcPr>
            <w:tcW w:w="11146" w:type="dxa"/>
            <w:gridSpan w:val="2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1D477BB" w14:textId="77777777" w:rsidR="0046681D" w:rsidRDefault="00000000">
            <w: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  <w:tr w:rsidR="0046681D" w14:paraId="268D49C8" w14:textId="77777777">
        <w:tblPrEx>
          <w:jc w:val="center"/>
        </w:tblPrEx>
        <w:trPr>
          <w:jc w:val="center"/>
        </w:trPr>
        <w:tc>
          <w:tcPr>
            <w:tcW w:w="2880" w:type="dxa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shd w:val="clear" w:color="auto" w:fill="F7FAFB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F3FCA4C" w14:textId="77777777" w:rsidR="0046681D" w:rsidRDefault="00000000">
            <w:pPr>
              <w:spacing w:after="0"/>
            </w:pPr>
            <w:r>
              <w:rPr>
                <w:b/>
              </w:rPr>
              <w:t>Dietary / allergy information</w:t>
            </w:r>
          </w:p>
        </w:tc>
        <w:tc>
          <w:tcPr>
            <w:tcW w:w="7488" w:type="dxa"/>
            <w:gridSpan w:val="2"/>
            <w:tcBorders>
              <w:top w:val="single" w:sz="6" w:space="0" w:color="A9C8D1"/>
              <w:left w:val="single" w:sz="6" w:space="0" w:color="A9C8D1"/>
              <w:bottom w:val="single" w:sz="6" w:space="0" w:color="A9C8D1"/>
              <w:right w:val="single" w:sz="6" w:space="0" w:color="A9C8D1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D40B5DA" w14:textId="77777777" w:rsidR="0046681D" w:rsidRDefault="0046681D"/>
        </w:tc>
      </w:tr>
      <w:tr w:rsidR="0046681D" w14:paraId="3FF94BEA" w14:textId="77777777">
        <w:tblPrEx>
          <w:jc w:val="center"/>
        </w:tblPrEx>
        <w:trPr>
          <w:jc w:val="center"/>
        </w:trPr>
        <w:tc>
          <w:tcPr>
            <w:tcW w:w="2880" w:type="dxa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shd w:val="clear" w:color="auto" w:fill="F7FAFB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554527A" w14:textId="77777777" w:rsidR="0046681D" w:rsidRDefault="00000000">
            <w:pPr>
              <w:spacing w:after="0"/>
            </w:pPr>
            <w:r>
              <w:rPr>
                <w:b/>
              </w:rPr>
              <w:t>Transport / travel arrangements</w:t>
            </w:r>
          </w:p>
        </w:tc>
        <w:tc>
          <w:tcPr>
            <w:tcW w:w="7488" w:type="dxa"/>
            <w:gridSpan w:val="2"/>
            <w:tcBorders>
              <w:top w:val="single" w:sz="6" w:space="0" w:color="A9C8D1"/>
              <w:left w:val="single" w:sz="6" w:space="0" w:color="A9C8D1"/>
              <w:bottom w:val="single" w:sz="6" w:space="0" w:color="A9C8D1"/>
              <w:right w:val="single" w:sz="6" w:space="0" w:color="A9C8D1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ECDD79" w14:textId="77777777" w:rsidR="0046681D" w:rsidRDefault="0046681D"/>
        </w:tc>
      </w:tr>
      <w:tr w:rsidR="0046681D" w14:paraId="5140B6D9" w14:textId="77777777">
        <w:tblPrEx>
          <w:jc w:val="center"/>
        </w:tblPrEx>
        <w:trPr>
          <w:jc w:val="center"/>
        </w:trPr>
        <w:tc>
          <w:tcPr>
            <w:tcW w:w="2880" w:type="dxa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shd w:val="clear" w:color="auto" w:fill="F7FAFB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9E22B7E" w14:textId="77777777" w:rsidR="0046681D" w:rsidRDefault="00000000">
            <w:pPr>
              <w:spacing w:after="0"/>
            </w:pPr>
            <w:r>
              <w:rPr>
                <w:b/>
              </w:rPr>
              <w:t>Communication / accessibility needs</w:t>
            </w:r>
          </w:p>
        </w:tc>
        <w:tc>
          <w:tcPr>
            <w:tcW w:w="7488" w:type="dxa"/>
            <w:gridSpan w:val="2"/>
            <w:tcBorders>
              <w:top w:val="single" w:sz="6" w:space="0" w:color="A9C8D1"/>
              <w:left w:val="single" w:sz="6" w:space="0" w:color="A9C8D1"/>
              <w:bottom w:val="single" w:sz="6" w:space="0" w:color="A9C8D1"/>
              <w:right w:val="single" w:sz="6" w:space="0" w:color="A9C8D1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4AB78A8" w14:textId="77777777" w:rsidR="0046681D" w:rsidRDefault="0046681D"/>
        </w:tc>
      </w:tr>
      <w:tr w:rsidR="0046681D" w14:paraId="124149FB" w14:textId="77777777">
        <w:tblPrEx>
          <w:jc w:val="center"/>
        </w:tblPrEx>
        <w:trPr>
          <w:gridAfter w:val="1"/>
          <w:wAfter w:w="15" w:type="dxa"/>
          <w:jc w:val="center"/>
        </w:trPr>
        <w:tc>
          <w:tcPr>
            <w:tcW w:w="11146" w:type="dxa"/>
            <w:gridSpan w:val="2"/>
            <w:tcBorders>
              <w:top w:val="single" w:sz="7" w:space="0" w:color="FFE0C8"/>
              <w:left w:val="single" w:sz="7" w:space="0" w:color="FFE0C8"/>
              <w:bottom w:val="single" w:sz="7" w:space="0" w:color="FFE0C8"/>
              <w:right w:val="single" w:sz="7" w:space="0" w:color="FFE0C8"/>
            </w:tcBorders>
            <w:shd w:val="clear" w:color="auto" w:fill="FFE0C8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AB3794D" w14:textId="581C0F61" w:rsidR="0046681D" w:rsidRDefault="00000000">
            <w:pPr>
              <w:spacing w:after="0"/>
            </w:pPr>
            <w:r>
              <w:rPr>
                <w:b/>
                <w:sz w:val="18"/>
              </w:rPr>
              <w:t>1</w:t>
            </w:r>
            <w:r w:rsidR="0089068E">
              <w:rPr>
                <w:b/>
                <w:sz w:val="18"/>
              </w:rPr>
              <w:t>0</w:t>
            </w:r>
            <w:r>
              <w:rPr>
                <w:b/>
                <w:sz w:val="18"/>
              </w:rPr>
              <w:t>. INTENDED OUTCOMES &amp; PROPOSED SUPPORT</w:t>
            </w:r>
          </w:p>
        </w:tc>
      </w:tr>
    </w:tbl>
    <w:p w14:paraId="6DBFCED7" w14:textId="77777777" w:rsidR="0046681D" w:rsidRDefault="00000000">
      <w:pPr>
        <w:spacing w:before="40" w:after="40"/>
      </w:pPr>
      <w:r>
        <w:rPr>
          <w:b/>
        </w:rPr>
        <w:t>What would a successful Bridging Futures placement / package look like for this young person?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146"/>
      </w:tblGrid>
      <w:tr w:rsidR="0046681D" w14:paraId="25406F97" w14:textId="77777777">
        <w:tc>
          <w:tcPr>
            <w:tcW w:w="11146" w:type="dxa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26EF1D5" w14:textId="77777777" w:rsidR="0046681D" w:rsidRDefault="00000000">
            <w: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3405CD65" w14:textId="77777777" w:rsidR="0046681D" w:rsidRDefault="00000000">
      <w:pPr>
        <w:spacing w:after="40"/>
      </w:pPr>
      <w:r>
        <w:t>☐ Re-engagement with education    ☐ Mainstream reintegration    ☐ Support alongside mainstream</w:t>
      </w:r>
    </w:p>
    <w:p w14:paraId="5DA577DA" w14:textId="77777777" w:rsidR="0046681D" w:rsidRDefault="00000000">
      <w:pPr>
        <w:spacing w:after="40"/>
      </w:pPr>
      <w:r>
        <w:t>☐ Attendance / routine    ☐ Confidence / regulation    ☐ Transition support    ☐ Other: 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8266"/>
        <w:gridCol w:w="15"/>
      </w:tblGrid>
      <w:tr w:rsidR="0046681D" w14:paraId="13907D8C" w14:textId="77777777">
        <w:trPr>
          <w:jc w:val="center"/>
        </w:trPr>
        <w:tc>
          <w:tcPr>
            <w:tcW w:w="2880" w:type="dxa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shd w:val="clear" w:color="auto" w:fill="F7FAFB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FF3D012" w14:textId="77777777" w:rsidR="0046681D" w:rsidRDefault="00000000">
            <w:pPr>
              <w:spacing w:after="0"/>
            </w:pPr>
            <w:r>
              <w:rPr>
                <w:b/>
              </w:rPr>
              <w:t>Proposed days / frequency (if known)</w:t>
            </w:r>
          </w:p>
        </w:tc>
        <w:tc>
          <w:tcPr>
            <w:tcW w:w="7488" w:type="dxa"/>
            <w:gridSpan w:val="2"/>
            <w:tcBorders>
              <w:top w:val="single" w:sz="6" w:space="0" w:color="A9C8D1"/>
              <w:left w:val="single" w:sz="6" w:space="0" w:color="A9C8D1"/>
              <w:bottom w:val="single" w:sz="6" w:space="0" w:color="A9C8D1"/>
              <w:right w:val="single" w:sz="6" w:space="0" w:color="A9C8D1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7820F44" w14:textId="77777777" w:rsidR="0046681D" w:rsidRDefault="0046681D"/>
        </w:tc>
      </w:tr>
      <w:tr w:rsidR="0046681D" w14:paraId="17A54751" w14:textId="77777777">
        <w:trPr>
          <w:jc w:val="center"/>
        </w:trPr>
        <w:tc>
          <w:tcPr>
            <w:tcW w:w="2880" w:type="dxa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shd w:val="clear" w:color="auto" w:fill="F7FAFB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92D0F2B" w14:textId="77777777" w:rsidR="0046681D" w:rsidRDefault="00000000">
            <w:pPr>
              <w:spacing w:after="0"/>
            </w:pPr>
            <w:r>
              <w:rPr>
                <w:b/>
              </w:rPr>
              <w:t>Proposed length (if known)</w:t>
            </w:r>
          </w:p>
        </w:tc>
        <w:tc>
          <w:tcPr>
            <w:tcW w:w="7488" w:type="dxa"/>
            <w:gridSpan w:val="2"/>
            <w:tcBorders>
              <w:top w:val="single" w:sz="6" w:space="0" w:color="A9C8D1"/>
              <w:left w:val="single" w:sz="6" w:space="0" w:color="A9C8D1"/>
              <w:bottom w:val="single" w:sz="6" w:space="0" w:color="A9C8D1"/>
              <w:right w:val="single" w:sz="6" w:space="0" w:color="A9C8D1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0ABBE03" w14:textId="77777777" w:rsidR="0046681D" w:rsidRDefault="0046681D"/>
        </w:tc>
      </w:tr>
      <w:tr w:rsidR="0046681D" w14:paraId="78273AD1" w14:textId="77777777">
        <w:trPr>
          <w:jc w:val="center"/>
        </w:trPr>
        <w:tc>
          <w:tcPr>
            <w:tcW w:w="2880" w:type="dxa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shd w:val="clear" w:color="auto" w:fill="F7FAFB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AADBA2E" w14:textId="77777777" w:rsidR="0046681D" w:rsidRDefault="00000000">
            <w:pPr>
              <w:spacing w:after="0"/>
            </w:pPr>
            <w:r>
              <w:rPr>
                <w:b/>
              </w:rPr>
              <w:t>Review / key date to work towards</w:t>
            </w:r>
          </w:p>
        </w:tc>
        <w:tc>
          <w:tcPr>
            <w:tcW w:w="7488" w:type="dxa"/>
            <w:gridSpan w:val="2"/>
            <w:tcBorders>
              <w:top w:val="single" w:sz="6" w:space="0" w:color="A9C8D1"/>
              <w:left w:val="single" w:sz="6" w:space="0" w:color="A9C8D1"/>
              <w:bottom w:val="single" w:sz="6" w:space="0" w:color="A9C8D1"/>
              <w:right w:val="single" w:sz="6" w:space="0" w:color="A9C8D1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5CC42B0" w14:textId="77777777" w:rsidR="0046681D" w:rsidRDefault="0046681D"/>
        </w:tc>
      </w:tr>
      <w:tr w:rsidR="0046681D" w14:paraId="202A00D8" w14:textId="77777777">
        <w:trPr>
          <w:gridAfter w:val="1"/>
          <w:wAfter w:w="15" w:type="dxa"/>
          <w:jc w:val="center"/>
        </w:trPr>
        <w:tc>
          <w:tcPr>
            <w:tcW w:w="11146" w:type="dxa"/>
            <w:gridSpan w:val="2"/>
            <w:tcBorders>
              <w:top w:val="single" w:sz="7" w:space="0" w:color="D8F0EB"/>
              <w:left w:val="single" w:sz="7" w:space="0" w:color="D8F0EB"/>
              <w:bottom w:val="single" w:sz="7" w:space="0" w:color="D8F0EB"/>
              <w:right w:val="single" w:sz="7" w:space="0" w:color="D8F0EB"/>
            </w:tcBorders>
            <w:shd w:val="clear" w:color="auto" w:fill="D8F0EB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14085ED0" w14:textId="1CE07725" w:rsidR="0046681D" w:rsidRDefault="00000000">
            <w:pPr>
              <w:spacing w:after="0"/>
            </w:pPr>
            <w:r>
              <w:rPr>
                <w:b/>
                <w:sz w:val="18"/>
              </w:rPr>
              <w:t>1</w:t>
            </w:r>
            <w:r w:rsidR="0089068E">
              <w:rPr>
                <w:b/>
                <w:sz w:val="18"/>
              </w:rPr>
              <w:t>1</w:t>
            </w:r>
            <w:r>
              <w:rPr>
                <w:b/>
                <w:sz w:val="18"/>
              </w:rPr>
              <w:t>. INFORMATION SHARING &amp; REFERRAL CONFIRMATION</w:t>
            </w:r>
          </w:p>
        </w:tc>
      </w:tr>
    </w:tbl>
    <w:p w14:paraId="066F298D" w14:textId="77777777" w:rsidR="0046681D" w:rsidRDefault="00000000">
      <w:pPr>
        <w:spacing w:after="40"/>
      </w:pPr>
      <w:r>
        <w:t>☐ Parent / carer is aware of the referral    ☐ Young person is aware of the referral</w:t>
      </w:r>
    </w:p>
    <w:p w14:paraId="7199B9D8" w14:textId="77777777" w:rsidR="0046681D" w:rsidRDefault="00000000">
      <w:pPr>
        <w:spacing w:after="40"/>
      </w:pPr>
      <w:r>
        <w:t>☐ Relevant information can be shared with Bridging Futures for assessment and planning</w:t>
      </w:r>
    </w:p>
    <w:p w14:paraId="317B9971" w14:textId="77777777" w:rsidR="0046681D" w:rsidRDefault="00000000">
      <w:pPr>
        <w:spacing w:after="40"/>
      </w:pPr>
      <w:r>
        <w:t>☐ School / commissioner will provide relevant safeguarding, SEND, education and risk information before support begins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7488"/>
      </w:tblGrid>
      <w:tr w:rsidR="0046681D" w14:paraId="1DAD9DBA" w14:textId="77777777">
        <w:trPr>
          <w:jc w:val="center"/>
        </w:trPr>
        <w:tc>
          <w:tcPr>
            <w:tcW w:w="2880" w:type="dxa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shd w:val="clear" w:color="auto" w:fill="F7FAFB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DBA5532" w14:textId="77777777" w:rsidR="0046681D" w:rsidRDefault="00000000">
            <w:pPr>
              <w:spacing w:after="0"/>
            </w:pPr>
            <w:r>
              <w:rPr>
                <w:b/>
              </w:rPr>
              <w:t>Referrer name</w:t>
            </w:r>
          </w:p>
        </w:tc>
        <w:tc>
          <w:tcPr>
            <w:tcW w:w="7488" w:type="dxa"/>
            <w:tcBorders>
              <w:top w:val="single" w:sz="6" w:space="0" w:color="A9C8D1"/>
              <w:left w:val="single" w:sz="6" w:space="0" w:color="A9C8D1"/>
              <w:bottom w:val="single" w:sz="6" w:space="0" w:color="A9C8D1"/>
              <w:right w:val="single" w:sz="6" w:space="0" w:color="A9C8D1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635481" w14:textId="77777777" w:rsidR="0046681D" w:rsidRDefault="0046681D"/>
        </w:tc>
      </w:tr>
      <w:tr w:rsidR="0046681D" w14:paraId="3D12A057" w14:textId="77777777">
        <w:trPr>
          <w:jc w:val="center"/>
        </w:trPr>
        <w:tc>
          <w:tcPr>
            <w:tcW w:w="2880" w:type="dxa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shd w:val="clear" w:color="auto" w:fill="F7FAFB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8889947" w14:textId="77777777" w:rsidR="0046681D" w:rsidRDefault="00000000">
            <w:pPr>
              <w:spacing w:after="0"/>
            </w:pPr>
            <w:r>
              <w:rPr>
                <w:b/>
              </w:rPr>
              <w:t>Role</w:t>
            </w:r>
          </w:p>
        </w:tc>
        <w:tc>
          <w:tcPr>
            <w:tcW w:w="7488" w:type="dxa"/>
            <w:tcBorders>
              <w:top w:val="single" w:sz="6" w:space="0" w:color="A9C8D1"/>
              <w:left w:val="single" w:sz="6" w:space="0" w:color="A9C8D1"/>
              <w:bottom w:val="single" w:sz="6" w:space="0" w:color="A9C8D1"/>
              <w:right w:val="single" w:sz="6" w:space="0" w:color="A9C8D1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6CEED2" w14:textId="77777777" w:rsidR="0046681D" w:rsidRDefault="0046681D"/>
        </w:tc>
      </w:tr>
      <w:tr w:rsidR="0046681D" w14:paraId="5BCD9093" w14:textId="77777777">
        <w:trPr>
          <w:jc w:val="center"/>
        </w:trPr>
        <w:tc>
          <w:tcPr>
            <w:tcW w:w="2880" w:type="dxa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shd w:val="clear" w:color="auto" w:fill="F7FAFB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E9E1056" w14:textId="77777777" w:rsidR="0046681D" w:rsidRDefault="00000000">
            <w:pPr>
              <w:spacing w:after="0"/>
            </w:pPr>
            <w:r>
              <w:rPr>
                <w:b/>
              </w:rPr>
              <w:t>Signature</w:t>
            </w:r>
          </w:p>
        </w:tc>
        <w:tc>
          <w:tcPr>
            <w:tcW w:w="7488" w:type="dxa"/>
            <w:tcBorders>
              <w:top w:val="single" w:sz="6" w:space="0" w:color="A9C8D1"/>
              <w:left w:val="single" w:sz="6" w:space="0" w:color="A9C8D1"/>
              <w:bottom w:val="single" w:sz="6" w:space="0" w:color="A9C8D1"/>
              <w:right w:val="single" w:sz="6" w:space="0" w:color="A9C8D1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0E567D7" w14:textId="77777777" w:rsidR="0046681D" w:rsidRDefault="0046681D"/>
        </w:tc>
      </w:tr>
      <w:tr w:rsidR="0046681D" w14:paraId="5E5DD186" w14:textId="77777777">
        <w:trPr>
          <w:jc w:val="center"/>
        </w:trPr>
        <w:tc>
          <w:tcPr>
            <w:tcW w:w="2880" w:type="dxa"/>
            <w:tcBorders>
              <w:top w:val="single" w:sz="7" w:space="0" w:color="9DC7CA"/>
              <w:left w:val="single" w:sz="7" w:space="0" w:color="9DC7CA"/>
              <w:bottom w:val="single" w:sz="7" w:space="0" w:color="9DC7CA"/>
              <w:right w:val="single" w:sz="7" w:space="0" w:color="9DC7CA"/>
            </w:tcBorders>
            <w:shd w:val="clear" w:color="auto" w:fill="F7FAFB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8303FB3" w14:textId="77777777" w:rsidR="0046681D" w:rsidRDefault="00000000">
            <w:pPr>
              <w:spacing w:after="0"/>
            </w:pPr>
            <w:r>
              <w:rPr>
                <w:b/>
              </w:rPr>
              <w:t>Date</w:t>
            </w:r>
          </w:p>
        </w:tc>
        <w:tc>
          <w:tcPr>
            <w:tcW w:w="7488" w:type="dxa"/>
            <w:tcBorders>
              <w:top w:val="single" w:sz="6" w:space="0" w:color="A9C8D1"/>
              <w:left w:val="single" w:sz="6" w:space="0" w:color="A9C8D1"/>
              <w:bottom w:val="single" w:sz="6" w:space="0" w:color="A9C8D1"/>
              <w:right w:val="single" w:sz="6" w:space="0" w:color="A9C8D1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E08B03C" w14:textId="77777777" w:rsidR="0046681D" w:rsidRDefault="0046681D"/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11128"/>
      </w:tblGrid>
      <w:tr w:rsidR="0046681D" w14:paraId="27C81C4B" w14:textId="77777777">
        <w:tc>
          <w:tcPr>
            <w:tcW w:w="11146" w:type="dxa"/>
            <w:tcBorders>
              <w:top w:val="single" w:sz="7" w:space="0" w:color="F36C00"/>
              <w:left w:val="single" w:sz="7" w:space="0" w:color="F36C00"/>
              <w:bottom w:val="single" w:sz="7" w:space="0" w:color="F36C00"/>
              <w:right w:val="single" w:sz="7" w:space="0" w:color="F36C00"/>
            </w:tcBorders>
            <w:shd w:val="clear" w:color="auto" w:fill="FFF5EC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03BF8E4" w14:textId="77777777" w:rsidR="0046681D" w:rsidRDefault="00000000">
            <w:r>
              <w:rPr>
                <w:b/>
                <w:color w:val="F36C00"/>
              </w:rPr>
              <w:t xml:space="preserve">What happens next? </w:t>
            </w:r>
            <w:r>
              <w:t>Bridging Futures will review the referral and contact the referrer to discuss suitability and next steps. Where appropriate, this will move into our fuller assessment process, including a school visit and home visit, before a bespoke package is agreed.</w:t>
            </w:r>
          </w:p>
        </w:tc>
      </w:tr>
    </w:tbl>
    <w:p w14:paraId="42F23E71" w14:textId="77777777" w:rsidR="0078734F" w:rsidRDefault="0078734F"/>
    <w:sectPr w:rsidR="0078734F" w:rsidSect="00034616">
      <w:footerReference w:type="default" r:id="rId9"/>
      <w:pgSz w:w="12240" w:h="15840"/>
      <w:pgMar w:top="504" w:right="547" w:bottom="504" w:left="5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E663B" w14:textId="77777777" w:rsidR="00C6675A" w:rsidRDefault="00C6675A">
      <w:pPr>
        <w:spacing w:after="0" w:line="240" w:lineRule="auto"/>
      </w:pPr>
      <w:r>
        <w:separator/>
      </w:r>
    </w:p>
  </w:endnote>
  <w:endnote w:type="continuationSeparator" w:id="0">
    <w:p w14:paraId="10FB960F" w14:textId="77777777" w:rsidR="00C6675A" w:rsidRDefault="00C667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C438A" w14:textId="77777777" w:rsidR="0046681D" w:rsidRDefault="00000000">
    <w:pPr>
      <w:pStyle w:val="Footer"/>
      <w:jc w:val="center"/>
    </w:pPr>
    <w:r>
      <w:rPr>
        <w:color w:val="00636A"/>
        <w:sz w:val="15"/>
      </w:rPr>
      <w:t xml:space="preserve">Bridging </w:t>
    </w:r>
    <w:proofErr w:type="gramStart"/>
    <w:r>
      <w:rPr>
        <w:color w:val="00636A"/>
        <w:sz w:val="15"/>
      </w:rPr>
      <w:t>Futures  |</w:t>
    </w:r>
    <w:proofErr w:type="gramEnd"/>
    <w:r>
      <w:rPr>
        <w:color w:val="00636A"/>
        <w:sz w:val="15"/>
      </w:rPr>
      <w:t xml:space="preserve">  Empowering every child through inclusion, opportunity and </w:t>
    </w:r>
    <w:proofErr w:type="gramStart"/>
    <w:r>
      <w:rPr>
        <w:color w:val="00636A"/>
        <w:sz w:val="15"/>
      </w:rPr>
      <w:t>support  |</w:t>
    </w:r>
    <w:proofErr w:type="gramEnd"/>
    <w:r>
      <w:rPr>
        <w:color w:val="00636A"/>
        <w:sz w:val="15"/>
      </w:rPr>
      <w:t xml:space="preserve">  www.bridgingfutures.co.uk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96EC9" w14:textId="77777777" w:rsidR="00C6675A" w:rsidRDefault="00C6675A">
      <w:pPr>
        <w:spacing w:after="0" w:line="240" w:lineRule="auto"/>
      </w:pPr>
      <w:r>
        <w:separator/>
      </w:r>
    </w:p>
  </w:footnote>
  <w:footnote w:type="continuationSeparator" w:id="0">
    <w:p w14:paraId="6160A833" w14:textId="77777777" w:rsidR="00C6675A" w:rsidRDefault="00C667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21278160">
    <w:abstractNumId w:val="8"/>
  </w:num>
  <w:num w:numId="2" w16cid:durableId="41757451">
    <w:abstractNumId w:val="6"/>
  </w:num>
  <w:num w:numId="3" w16cid:durableId="601450889">
    <w:abstractNumId w:val="5"/>
  </w:num>
  <w:num w:numId="4" w16cid:durableId="2046833303">
    <w:abstractNumId w:val="4"/>
  </w:num>
  <w:num w:numId="5" w16cid:durableId="263542500">
    <w:abstractNumId w:val="7"/>
  </w:num>
  <w:num w:numId="6" w16cid:durableId="123427838">
    <w:abstractNumId w:val="3"/>
  </w:num>
  <w:num w:numId="7" w16cid:durableId="1883248118">
    <w:abstractNumId w:val="2"/>
  </w:num>
  <w:num w:numId="8" w16cid:durableId="1994407139">
    <w:abstractNumId w:val="1"/>
  </w:num>
  <w:num w:numId="9" w16cid:durableId="1134442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0B34"/>
    <w:rsid w:val="0015074B"/>
    <w:rsid w:val="00234714"/>
    <w:rsid w:val="0029639D"/>
    <w:rsid w:val="00326F90"/>
    <w:rsid w:val="00395E32"/>
    <w:rsid w:val="003D4F64"/>
    <w:rsid w:val="0046681D"/>
    <w:rsid w:val="004B76FB"/>
    <w:rsid w:val="00592BEF"/>
    <w:rsid w:val="00637059"/>
    <w:rsid w:val="0078734F"/>
    <w:rsid w:val="0089068E"/>
    <w:rsid w:val="009622D0"/>
    <w:rsid w:val="00963E05"/>
    <w:rsid w:val="00AA1D8D"/>
    <w:rsid w:val="00B47730"/>
    <w:rsid w:val="00B868ED"/>
    <w:rsid w:val="00B86DA1"/>
    <w:rsid w:val="00C6675A"/>
    <w:rsid w:val="00CB0664"/>
    <w:rsid w:val="00E1678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EA90454"/>
  <w14:defaultImageDpi w14:val="300"/>
  <w15:docId w15:val="{FEA7B695-E9F8-4005-94D7-9EEDFD48B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30"/>
    </w:pPr>
    <w:rPr>
      <w:rFonts w:ascii="Arial" w:hAnsi="Arial"/>
      <w:color w:val="17324A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1877</TotalTime>
  <Pages>3</Pages>
  <Words>675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Hello</cp:lastModifiedBy>
  <cp:revision>9</cp:revision>
  <dcterms:created xsi:type="dcterms:W3CDTF">2026-09-07T19:01:00Z</dcterms:created>
  <dcterms:modified xsi:type="dcterms:W3CDTF">2026-10-07T05:09:00Z</dcterms:modified>
  <cp:category/>
</cp:coreProperties>
</file>